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Start Here — What This Course Gives You</w:t>
      </w:r>
    </w:p>
    <w:p>
      <w:r>
        <w:t>[stock: laptop notebook]</w:t>
      </w:r>
    </w:p>
    <w:p>
      <w:r>
        <w:t>Most people meet Copilot by accident. A button appears in an app they have used for years, they click it once, get an answer that is nearly right, and quietly go back to doing the job by hand. That is a fair response to a tool nobody explained. This course is the explanation — what Copilot is genuinely good at, where it needs watching, and how to fold it into work you already do.</w:t>
      </w:r>
    </w:p>
    <w:p>
      <w:r>
        <w:t>[callout info]</w:t>
      </w:r>
    </w:p>
    <w:p>
      <w:r>
        <w:t>What you'll be able to do</w:t>
      </w:r>
    </w:p>
    <w:p>
      <w:r>
        <w:t>Describe what this course covers and how much time to set aside for it</w:t>
      </w:r>
    </w:p>
    <w:p>
      <w:r>
        <w:t>Explain what Copilot is for, and what stays your responsibility</w:t>
      </w:r>
    </w:p>
    <w:p>
      <w:r>
        <w:t>Recognise why the same request gives your colleague a different result</w:t>
      </w:r>
    </w:p>
    <w:p>
      <w:r>
        <w:t>Set yourself up to practise as you read rather than after</w:t>
      </w:r>
    </w:p>
    <w:p>
      <w:r>
        <w:t>[/callout]</w:t>
      </w:r>
    </w:p>
    <w:p>
      <w:r>
        <w:t>[section_break]</w:t>
      </w:r>
    </w:p>
    <w:p>
      <w:r>
        <w:t>1 :: What this course is, and what Copilot actually is</w:t>
      </w:r>
    </w:p>
    <w:p>
      <w:r>
        <w:t>[/section_break]</w:t>
      </w:r>
    </w:p>
    <w:p>
      <w:r>
        <w:t>The course is built for ordinary office work — email, documents, spreadsheets, meetings, the small mountain of writing and chasing that fills a week. It assumes no technical background and no prior experience with AI tools. Most modules take twenty to thirty minutes to read, and about the same again if you stop and try things, which you should. You will get more from it across a few sittings than in one.</w:t>
      </w:r>
    </w:p>
    <w:p>
      <w:r>
        <w:t xml:space="preserve">Here is the honest framing everything else rests on. Copilot is a </w:t>
      </w:r>
      <w:r>
        <w:rPr>
          <w:b/>
        </w:rPr>
        <w:t>capable first-draft partner</w:t>
      </w:r>
      <w:r>
        <w:t>, not an oracle. It is very good at starting things — an email, a summary, a structure for a document, a first pass at some numbers. It is much less good at knowing what it does not know, and it will produce a confident, well-written, plausible answer whether or not the underlying facts are right.</w:t>
      </w:r>
    </w:p>
    <w:p>
      <w:r>
        <w:t xml:space="preserve">That leads to the rule this course keeps returning to. </w:t>
      </w:r>
      <w:r>
        <w:rPr>
          <w:b/>
        </w:rPr>
        <w:t>You remain accountable for anything you send or act on.</w:t>
      </w:r>
      <w:r>
        <w:t xml:space="preserve"> Not Copilot, not IT, not whoever bought the licence. If a wrong figure reaches a client, it is your email. Treat every output as a draft from a fast, well-read, slightly overconfident colleague who has never met your stakeholders.</w:t>
      </w:r>
    </w:p>
    <w:p>
      <w:r>
        <w:t>The limits are worth stating plainly too. Copilot will not send email or act on your behalf without you asking. It cannot reach files, meetings or messages you do not already have permission to see. And it cannot guarantee that anything it tells you is accurate.</w:t>
      </w:r>
    </w:p>
    <w:p>
      <w:r>
        <w:t>[accordion]</w:t>
      </w:r>
    </w:p>
    <w:p>
      <w:r>
        <w:t>It knows everything about my organisation :: Only some tiers reach your organisation's data at all, and then only what you personally have permission to see.</w:t>
      </w:r>
    </w:p>
    <w:p>
      <w:r>
        <w:t>If it sounds confident, it is right :: Fluency and accuracy are different things. A smooth answer with a wrong date reads exactly like one with a right date.</w:t>
      </w:r>
    </w:p>
    <w:p>
      <w:r>
        <w:t>It will do the work for me :: It removes the blank page, not the thinking. The judgement and the final call stay with you.</w:t>
      </w:r>
    </w:p>
    <w:p>
      <w:r>
        <w:t>I need to learn special commands :: There is no syntax to memorise. You write in plain English, and the course teaches you to be specific rather than clever.</w:t>
      </w:r>
    </w:p>
    <w:p>
      <w:r>
        <w:t>Everyone gets the same Copilot :: What you can do depends on the licence you have been given, which is why the course flags it as we go.</w:t>
      </w:r>
    </w:p>
    <w:p>
      <w:r>
        <w:t>[/accordion]</w:t>
      </w:r>
    </w:p>
    <w:p>
      <w:r>
        <w:t>[section_break]</w:t>
      </w:r>
    </w:p>
    <w:p>
      <w:r>
        <w:t>2 :: How the course is put together</w:t>
      </w:r>
    </w:p>
    <w:p>
      <w:r>
        <w:t>[/section_break]</w:t>
      </w:r>
    </w:p>
    <w:p>
      <w:r>
        <w:t xml:space="preserve">First, the thing that explains most of the confusion you will hear. There are three licence tiers — </w:t>
      </w:r>
      <w:r>
        <w:rPr>
          <w:b/>
        </w:rPr>
        <w:t>Copilot Chat (Basic)</w:t>
      </w:r>
      <w:r>
        <w:t xml:space="preserve">, </w:t>
      </w:r>
      <w:r>
        <w:rPr>
          <w:b/>
        </w:rPr>
        <w:t>Microsoft 365 Copilot (Basic)</w:t>
      </w:r>
      <w:r>
        <w:t xml:space="preserve"> and </w:t>
      </w:r>
      <w:r>
        <w:rPr>
          <w:b/>
        </w:rPr>
        <w:t>Microsoft 365 Copilot (Premium)</w:t>
      </w:r>
      <w:r>
        <w:t xml:space="preserve"> — and they differ in what Copilot is allowed to look at. Broadly, the Basic tiers work from the web and from whatever you paste or upload yourself, while Premium can also work from your own meetings, email and files. Module 1 covers this properly. For now, know that when someone says "Copilot can't do that", the honest answer is often "not on your licence", and that wherever this course relies on Premium you will see a callout saying so, with how to get a similar result on Basic.</w:t>
      </w:r>
    </w:p>
    <w:p>
      <w:r>
        <w:t>The modules run in three phases and build on each other, so working through in order will serve you better than jumping to the app you use most.</w:t>
      </w:r>
    </w:p>
    <w:p>
      <w:r>
        <w:t>[tabs]</w:t>
      </w:r>
    </w:p>
    <w:p>
      <w:r>
        <w:t>Foundations :: Licences, what Copilot can and cannot see, and how to write a request that gets a usable answer. Short, and everything later assumes it.</w:t>
      </w:r>
    </w:p>
    <w:p>
      <w:r>
        <w:t>App by app :: Copilot inside the tools you already use — Word, Excel, PowerPoint, Outlook, Teams and the rest. Each stands on its own, so you can revisit one when you need it.</w:t>
      </w:r>
    </w:p>
    <w:p>
      <w:r>
        <w:t>Workflows :: Where the real value sits. Joining the apps up, so a meeting becomes an email and a week becomes a status update.</w:t>
      </w:r>
    </w:p>
    <w:p>
      <w:r>
        <w:t>[/tabs]</w:t>
      </w:r>
    </w:p>
    <w:p>
      <w:r>
        <w:t>The most useful thing you can do now is open Copilot in a second window and leave it there. Reading about a prompt teaches you little. Typing it, getting something not quite right back, and adjusting teaches you almost everything.</w:t>
      </w:r>
    </w:p>
    <w:p>
      <w:r>
        <w:t>[callout warning]</w:t>
      </w:r>
    </w:p>
    <w:p>
      <w:r>
        <w:t>SCREENSHOT TO CAPTURE — delete this block once the image is in.</w:t>
      </w:r>
    </w:p>
    <w:p>
      <w:r>
        <w:t>What to capture: a desktop with this course open in one window and Copilot open beside it in a second window, side by side, with a prompt part-typed into the Copilot box.</w:t>
      </w:r>
    </w:p>
    <w:p>
      <w:r>
        <w:t>Why it helps: sets the expectation that learners work along with the course rather than reading it through.</w:t>
      </w:r>
    </w:p>
    <w:p>
      <w:r>
        <w:t>[/callout]</w:t>
      </w:r>
    </w:p>
    <w:p>
      <w:r>
        <w:t>[process]</w:t>
      </w:r>
    </w:p>
    <w:p>
      <w:r>
        <w:t>Open it alongside :: Put Copilot in a second window before you start the next module.</w:t>
      </w:r>
    </w:p>
    <w:p>
      <w:r>
        <w:t>Read once, quickly :: Get the shape of the module without stopping to try anything.</w:t>
      </w:r>
    </w:p>
    <w:p>
      <w:r>
        <w:t>Try it on real work :: Go back and run the example prompt on a document of your own.</w:t>
      </w:r>
    </w:p>
    <w:p>
      <w:r>
        <w:t>Check the output :: Look for names, dates, figures and anything you would hate to get wrong.</w:t>
      </w:r>
    </w:p>
    <w:p>
      <w:r>
        <w:t>Keep one habit :: Take one thing from each module into your week, and let the rest go.</w:t>
      </w:r>
    </w:p>
    <w:p>
      <w:r>
        <w:t>[/process]</w:t>
      </w:r>
    </w:p>
    <w:p>
      <w:r>
        <w:t>Here is a prompt to start with. It works on every licence tier, because you supply the material. Copy it, then paste in a document you need to get across today.</w:t>
      </w:r>
    </w:p>
    <w:p>
      <w:r>
        <w:t>I am going to paste the text of a document below. Summarise it in five bullet points for a colleague who has not read it, then list separately any dates, decisions or actions it mentions. Use plain Australian English, keep it under 200 words, and tell me where the document is vague or ambiguous rather than guessing at what it means. Here is the document.</w:t>
      </w:r>
    </w:p>
    <w:p>
      <w:r>
        <w:t>[callout tip]</w:t>
      </w:r>
    </w:p>
    <w:p>
      <w:r>
        <w:t>Try this today. Find something you have been meaning to read properly — a long email thread, a policy update, a report — and run the prompt above on it. Then skim the original and see what the summary left out. That gap is the lesson.</w:t>
      </w:r>
    </w:p>
    <w:p>
      <w:r>
        <w:t>[/callout]</w:t>
      </w:r>
    </w:p>
    <w:p>
      <w:r>
        <w:t>[section_break]</w:t>
      </w:r>
    </w:p>
    <w:p>
      <w:r>
        <w:t>3 :: Check your understanding</w:t>
      </w:r>
    </w:p>
    <w:p>
      <w:r>
        <w:t>[/section_break]</w:t>
      </w:r>
    </w:p>
    <w:p>
      <w:r>
        <w:t>[matching]</w:t>
      </w:r>
    </w:p>
    <w:p>
      <w:r>
        <w:t>Match each term to its meaning</w:t>
      </w:r>
    </w:p>
    <w:p>
      <w:r>
        <w:t>First-draft partner :: What Copilot is genuinely good at</w:t>
      </w:r>
    </w:p>
    <w:p>
      <w:r>
        <w:t>Accountability :: Stays with you, always</w:t>
      </w:r>
    </w:p>
    <w:p>
      <w:r>
        <w:t>Licence tier :: What Copilot is allowed to see</w:t>
      </w:r>
    </w:p>
    <w:p>
      <w:r>
        <w:t>Foundations modules :: Where the course begins</w:t>
      </w:r>
    </w:p>
    <w:p>
      <w:r>
        <w:t>Basic tiers :: Work from what you supply</w:t>
      </w:r>
    </w:p>
    <w:p>
      <w:r>
        <w:t>[/matching]</w:t>
      </w:r>
    </w:p>
    <w:p>
      <w:r>
        <w:t>[mcq]</w:t>
      </w:r>
    </w:p>
    <w:p>
      <w:r>
        <w:t>Question: Copilot drafts a client email containing a delivery date you have not verified. What is the right next step?</w:t>
      </w:r>
    </w:p>
    <w:p>
      <w:r>
        <w:t>A: Send it, since Copilot drew the date from a real document</w:t>
      </w:r>
    </w:p>
    <w:p>
      <w:r>
        <w:t>B: Send it with a note saying the date came from Copilot</w:t>
      </w:r>
    </w:p>
    <w:p>
      <w:r>
        <w:t xml:space="preserve">*C: </w:t>
      </w:r>
      <w:r>
        <w:t>Check the date against the source yourself, then send it as your own</w:t>
      </w:r>
    </w:p>
    <w:p>
      <w:r>
        <w:t>D: Ask Copilot whether it is confident the date is correct</w:t>
      </w:r>
    </w:p>
    <w:p>
      <w:r>
        <w:t>Explanation: Copilot cannot reliably judge its own accuracy, and responsibility cannot be handed to a tool. Anything you send is yours, so you verify it first.</w:t>
      </w:r>
    </w:p>
    <w:p>
      <w:r>
        <w:t>[/mcq]</w:t>
      </w:r>
    </w:p>
    <w:p>
      <w:r>
        <w:rPr>
          <w:b/>
        </w:rPr>
        <w:t>Use it this week.</w:t>
      </w:r>
      <w:r>
        <w:t xml:space="preserve"> You do not need a plan for the whole course. You need one open window and one real task.</w:t>
      </w:r>
    </w:p>
    <w:p>
      <w:pPr>
        <w:pStyle w:val="ListNumber"/>
      </w:pPr>
      <w:r>
        <w:t>Open Copilot in a second window and keep it open while you read Module 1.</w:t>
      </w:r>
    </w:p>
    <w:p>
      <w:pPr>
        <w:pStyle w:val="ListNumber"/>
      </w:pPr>
      <w:r>
        <w:t>Run the example prompt above on a document you actually need to understand this week.</w:t>
      </w:r>
    </w:p>
    <w:p>
      <w:pPr>
        <w:pStyle w:val="ListNumber"/>
      </w:pPr>
      <w:r>
        <w:t>Find out which licence tier you have, so you know which parts of this course apply to you.</w:t>
      </w:r>
    </w:p>
    <w:p>
      <w:r>
        <w:t>[confirmation]</w:t>
      </w:r>
    </w:p>
    <w:p>
      <w:r>
        <w:t>I confirm I understand that Copilot produces first drafts rather than verified answers, that I remain accountable for anything I send or act on, and that what Copilot can do for me depends on my licence tier.</w:t>
      </w:r>
    </w:p>
    <w:p>
      <w:r>
        <w:t>[/confirmation]</w:t>
      </w:r>
    </w:p>
    <w:p>
      <w:pPr>
        <w:pStyle w:val="Heading1"/>
      </w:pPr>
      <w:r>
        <w:t>Module 1 — What Copilot Is, and Which Licence You Have</w:t>
      </w:r>
    </w:p>
    <w:p>
      <w:r>
        <w:t>[stock: laptop notebook]</w:t>
      </w:r>
    </w:p>
    <w:p>
      <w:r>
        <w:t>Most people meet Copilot in the middle of a busy day, ask it something, and get an answer that is either surprisingly good or quietly wrong. The difference is rarely luck. It comes down to two things you can learn in ten minutes: what kind of tool Copilot is, and which version of it you have.</w:t>
      </w:r>
    </w:p>
    <w:p>
      <w:r>
        <w:t>[callout info]</w:t>
      </w:r>
    </w:p>
    <w:p>
      <w:r>
        <w:t>What you'll be able to do</w:t>
      </w:r>
    </w:p>
    <w:p>
      <w:r>
        <w:t>Explain what Copilot is good at and what it is not</w:t>
      </w:r>
    </w:p>
    <w:p>
      <w:r>
        <w:t>Tell a grounded answer from an ungrounded one</w:t>
      </w:r>
    </w:p>
    <w:p>
      <w:r>
        <w:t>Work out which of the three licence tiers you have</w:t>
      </w:r>
    </w:p>
    <w:p>
      <w:r>
        <w:t>Describe what Copilot can and cannot reach on your behalf</w:t>
      </w:r>
    </w:p>
    <w:p>
      <w:r>
        <w:t>[/callout]</w:t>
      </w:r>
    </w:p>
    <w:p>
      <w:r>
        <w:t>[section_break]</w:t>
      </w:r>
    </w:p>
    <w:p>
      <w:r>
        <w:t>1 :: The mental model that makes Copilot make sense</w:t>
      </w:r>
    </w:p>
    <w:p>
      <w:r>
        <w:t>[/section_break]</w:t>
      </w:r>
    </w:p>
    <w:p>
      <w:r>
        <w:t xml:space="preserve">Copilot is a </w:t>
      </w:r>
      <w:r>
        <w:rPr>
          <w:b/>
        </w:rPr>
        <w:t>language model</w:t>
      </w:r>
      <w:r>
        <w:t xml:space="preserve"> with access to some of your work context. That is the whole thing. A language model is very good at working with material — reshaping it, shortening it, changing its tone, drafting from notes you already have. It is far less reliable at </w:t>
      </w:r>
      <w:r>
        <w:rPr>
          <w:b/>
        </w:rPr>
        <w:t>recalling facts nobody gave it</w:t>
      </w:r>
      <w:r>
        <w:t>. With no source it does not stop and say so; it produces the most plausible-sounding text it can, which is what makes a wrong answer hard to spot.</w:t>
      </w:r>
    </w:p>
    <w:p>
      <w:r>
        <w:t xml:space="preserve">Hence the most useful idea in this course, </w:t>
      </w:r>
      <w:r>
        <w:rPr>
          <w:b/>
        </w:rPr>
        <w:t>grounding</w:t>
      </w:r>
      <w:r>
        <w:t>. An answer is grounded when Copilot built it from a source you provided or gave it access to — the document in front of you, the file you uploaded, the meeting it attended. It is ungrounded when Copilot works from general knowledge alone. Grounded answers are far more trustworthy, and checkable.</w:t>
      </w:r>
    </w:p>
    <w:p>
      <w:r>
        <w:t xml:space="preserve">So "Summarise the attached report into five bullets" works beautifully, while "What did we agree in the September pricing review?" is a gamble unless Copilot can reach that meeting. Your job is to </w:t>
      </w:r>
      <w:r>
        <w:rPr>
          <w:b/>
        </w:rPr>
        <w:t>supply the source</w:t>
      </w:r>
      <w:r>
        <w:t xml:space="preserve">, then </w:t>
      </w:r>
      <w:r>
        <w:rPr>
          <w:b/>
        </w:rPr>
        <w:t>check the output against it</w:t>
      </w:r>
      <w:r>
        <w:t>.</w:t>
      </w:r>
    </w:p>
    <w:p>
      <w:r>
        <w:t>[callout warning]</w:t>
      </w:r>
    </w:p>
    <w:p>
      <w:r>
        <w:t>Needs Microsoft 365 Copilot (Premium). This works by reading your own meetings, email and files, which the Basic tiers cannot access. On Copilot Chat you can still do this by pasting or uploading the content yourself.</w:t>
      </w:r>
    </w:p>
    <w:p>
      <w:r>
        <w:t>[/callout]</w:t>
      </w:r>
    </w:p>
    <w:p>
      <w:r>
        <w:t>[callout info]</w:t>
      </w:r>
    </w:p>
    <w:p>
      <w:r>
        <w:t>DIAGRAM PROMPT — delete this block once the diagram is in.</w:t>
      </w:r>
    </w:p>
    <w:p>
      <w:r>
        <w:t>A clean two-panel comparison diagram titled "Grounded vs ungrounded answers". Left panel, labelled "Ungrounded", shows a person icon with a speech bubble containing a question, an arrow into a rounded box labelled "Copilot", and an arrow out to an answer card. Below the Copilot box, a small caption reads "Works from general knowledge — plausible, unverifiable". The answer card is outlined in amber with a small question-mark badge. Right panel, labelled "Grounded", shows the same person and question, but with a second arrow feeding into the Copilot box from a stack of three source icons (a document, an email, a meeting). The answer card here is outlined in green with a small link badge, and a dotted line runs from the answer card back to the source stack, labelled "you can check it". Beneath both panels, a single full-width strip reads "The difference is not the prompt. It is whether a source was supplied." Flat, modern corporate-training style, restrained two-colour palette plus grey, generous whitespace, sans-serif labels, no photographic elements.</w:t>
      </w:r>
    </w:p>
    <w:p>
      <w:r>
        <w:t>[/callout]</w:t>
      </w:r>
    </w:p>
    <w:p>
      <w:r>
        <w:t>[accordion]</w:t>
      </w:r>
    </w:p>
    <w:p>
      <w:r>
        <w:t>It sounds confident, so it must be right :: Fluency and accuracy are unrelated in a language model. A smooth, well-structured wrong answer is the normal failure mode, not a rare one.</w:t>
      </w:r>
    </w:p>
    <w:p>
      <w:r>
        <w:t>It has read everything in my organisation :: Even at the top tier, Copilot reaches only what your permissions allow. It will not tell you what it missed.</w:t>
      </w:r>
    </w:p>
    <w:p>
      <w:r>
        <w:t>It remembers our last conversation :: Treat each new chat as a fresh start unless you give it the earlier material again.</w:t>
      </w:r>
    </w:p>
    <w:p>
      <w:r>
        <w:t>Numbers and quotes are safe to copy out :: Check these two every time, against the source, before anything leaves your hands.</w:t>
      </w:r>
    </w:p>
    <w:p>
      <w:r>
        <w:t>[/accordion]</w:t>
      </w:r>
    </w:p>
    <w:p>
      <w:r>
        <w:t>[section_break]</w:t>
      </w:r>
    </w:p>
    <w:p>
      <w:r>
        <w:t>2 :: Which licence you have, and why it changes everything</w:t>
      </w:r>
    </w:p>
    <w:p>
      <w:r>
        <w:t>[/section_break]</w:t>
      </w:r>
    </w:p>
    <w:p>
      <w:r>
        <w:t>Almost every argument about whether "Copilot is any good" is really an argument between people on different tiers. There are three, and the gap between them is the difference between a tool that knows your work and one that does not.</w:t>
      </w:r>
    </w:p>
    <w:p>
      <w:r>
        <w:t>[tabs]</w:t>
      </w:r>
    </w:p>
    <w:p>
      <w:r>
        <w:t>Copilot Chat (Basic) :: Web data only. No automatic access to your organisation's files, email or meetings. You bring the material yourself, by pasting text in or manually uploading a file. It starts each conversation knowing nothing about your workplace.</w:t>
      </w:r>
    </w:p>
    <w:p>
      <w:r>
        <w:t>Microsoft 365 Copilot (Basic) :: Web data only, with standard access to Copilot Chat inside Word, Excel, PowerPoint and OneNote. The gain is an assistant beside you as you work. The limit is unchanged — it does not reach your organisation's data on its own.</w:t>
      </w:r>
    </w:p>
    <w:p>
      <w:r>
        <w:t>Microsoft 365 Copilot (Premium) :: Adds your organisation's data through Microsoft Graph and Work IQ, priority access, and "Edit with Copilot" inside the Office apps. Meeting recaps, inbox summaries, "summarise my week" and drafting grounded in your own documents all need this tier.</w:t>
      </w:r>
    </w:p>
    <w:p>
      <w:r>
        <w:t>[/tabs]</w:t>
      </w:r>
    </w:p>
    <w:p>
      <w:r>
        <w:t xml:space="preserve">To work out which you have, look at what appears in the apps — if Copilot is offered inside Word or Excel, you are on a Microsoft 365 Copilot tier rather than Copilot Chat alone. Then try a request that can only succeed if Copilot reads your own material. If it cannot find your files or meetings, you are on a Basic tier, however it is branded. Most importantly, </w:t>
      </w:r>
      <w:r>
        <w:rPr>
          <w:b/>
        </w:rPr>
        <w:t>ask IT rather than guessing</w:t>
      </w:r>
      <w:r>
        <w:t xml:space="preserve"> — licensing is assigned per person and changes without announcement.</w:t>
      </w:r>
    </w:p>
    <w:p>
      <w:r>
        <w:t>[callout warning]</w:t>
      </w:r>
    </w:p>
    <w:p>
      <w:r>
        <w:t>SCREENSHOT TO CAPTURE — delete this block once the image is in.</w:t>
      </w:r>
    </w:p>
    <w:p>
      <w:r>
        <w:t>What to capture: The Copilot pane open beside an ordinary Word document, with the whole app window visible so learners can see where the assistant sits relative to their work.</w:t>
      </w:r>
    </w:p>
    <w:p>
      <w:r>
        <w:t>Why it helps: Most people cannot picture where Copilot actually appears until they see it in place.</w:t>
      </w:r>
    </w:p>
    <w:p>
      <w:r>
        <w:t>[/callout]</w:t>
      </w:r>
    </w:p>
    <w:p>
      <w:r>
        <w:t xml:space="preserve">Now the reassurance people most need. Copilot works </w:t>
      </w:r>
      <w:r>
        <w:rPr>
          <w:b/>
        </w:rPr>
        <w:t>inside your existing permissions</w:t>
      </w:r>
      <w:r>
        <w:t>. It reaches only files, messages and meetings you could already open yourself. It cannot surface a colleague's private documents to you, and it does not hand yours to them. It changes how quickly you find what was already yours, nothing more.</w:t>
      </w:r>
    </w:p>
    <w:p>
      <w:r>
        <w:t>What it cannot do. It cannot guarantee accuracy, on any tier. It cannot send email or act on your behalf without you confirming. It cannot reach content you have no permission to see. It cannot reliably recall a decision or number nobody gave it. And it is no source of record — you stay accountable for anything you pass on.</w:t>
      </w:r>
    </w:p>
    <w:p>
      <w:r>
        <w:t>[process]</w:t>
      </w:r>
    </w:p>
    <w:p>
      <w:r>
        <w:t>Ask :: Write the request in plain language, as you would to a capable new colleague.</w:t>
      </w:r>
    </w:p>
    <w:p>
      <w:r>
        <w:t>Check for a source :: Decide whether Copilot can reach the material the answer depends on.</w:t>
      </w:r>
    </w:p>
    <w:p>
      <w:r>
        <w:t>Supply it if not :: Paste the text in or upload the file, rather than hoping it knows.</w:t>
      </w:r>
    </w:p>
    <w:p>
      <w:r>
        <w:t>Read critically :: Look hardest at names, numbers, dates and quotes.</w:t>
      </w:r>
    </w:p>
    <w:p>
      <w:r>
        <w:t>Verify :: Open the source and confirm the specifics before you rely on them.</w:t>
      </w:r>
    </w:p>
    <w:p>
      <w:r>
        <w:t>[/process]</w:t>
      </w:r>
    </w:p>
    <w:p>
      <w:r>
        <w:t>Try this now with any document you have open. It works on every tier, because you supply the source.</w:t>
      </w:r>
    </w:p>
    <w:p>
      <w:r>
        <w:rPr>
          <w:b/>
        </w:rPr>
        <w:t>"Summarise this document in five bullet points, each under 20 words, focused on decisions made and actions outstanding. Then list anything in it that is unclear or unresolved."</w:t>
      </w:r>
    </w:p>
    <w:p>
      <w:r>
        <w:t>[callout tip]</w:t>
      </w:r>
    </w:p>
    <w:p>
      <w:r>
        <w:t>Ask Copilot the same question twice today — once with nothing attached, once with the file pasted or uploaded — and compare. That teaches grounding better than any explanation.</w:t>
      </w:r>
    </w:p>
    <w:p>
      <w:r>
        <w:t>[/callout]</w:t>
      </w:r>
    </w:p>
    <w:p>
      <w:r>
        <w:t>[divider]</w:t>
      </w:r>
    </w:p>
    <w:p>
      <w:r>
        <w:t>[section_break]</w:t>
      </w:r>
    </w:p>
    <w:p>
      <w:r>
        <w:t>3 :: Check your understanding</w:t>
      </w:r>
    </w:p>
    <w:p>
      <w:r>
        <w:t>[/section_break]</w:t>
      </w:r>
    </w:p>
    <w:p>
      <w:r>
        <w:t>[matching]</w:t>
      </w:r>
    </w:p>
    <w:p>
      <w:r>
        <w:t>Match each term to its meaning</w:t>
      </w:r>
    </w:p>
    <w:p>
      <w:r>
        <w:t>Grounding :: Building an answer from a supplied source</w:t>
      </w:r>
    </w:p>
    <w:p>
      <w:r>
        <w:t>Copilot Chat (Basic) :: Web data only, upload files manually</w:t>
      </w:r>
    </w:p>
    <w:p>
      <w:r>
        <w:t>Microsoft 365 Copilot (Premium) :: Reaches your organisation's data</w:t>
      </w:r>
    </w:p>
    <w:p>
      <w:r>
        <w:t>Permissions :: Copilot sees only what you could open</w:t>
      </w:r>
    </w:p>
    <w:p>
      <w:r>
        <w:t>Ungrounded answer :: Plausible text with no checkable source</w:t>
      </w:r>
    </w:p>
    <w:p>
      <w:r>
        <w:t>[/matching]</w:t>
      </w:r>
    </w:p>
    <w:p>
      <w:r>
        <w:t>[mcq]</w:t>
      </w:r>
    </w:p>
    <w:p>
      <w:r>
        <w:t>Question: A colleague on Copilot Chat (Basic) asks for a summary of last Tuesday's project meeting and gets a detailed, confident answer. What has most likely happened?</w:t>
      </w:r>
    </w:p>
    <w:p>
      <w:r>
        <w:t>A: Their licence has quietly been upgraded to Premium</w:t>
      </w:r>
    </w:p>
    <w:p>
      <w:r>
        <w:t xml:space="preserve">*B: </w:t>
      </w:r>
      <w:r>
        <w:t>Copilot has produced a plausible summary without access to the actual meeting</w:t>
      </w:r>
    </w:p>
    <w:p>
      <w:r>
        <w:t>C: Copilot has read the meeting through Microsoft Graph</w:t>
      </w:r>
    </w:p>
    <w:p>
      <w:r>
        <w:t>D: The answer is reliable because it is detailed</w:t>
      </w:r>
    </w:p>
    <w:p>
      <w:r>
        <w:t>Explanation: Copilot Chat (Basic) has no automatic access to your organisation's meetings. With no source supplied, the model generates plausible text. Detail and confidence are writing style, not evidence.</w:t>
      </w:r>
    </w:p>
    <w:p>
      <w:r>
        <w:t>[/mcq]</w:t>
      </w:r>
    </w:p>
    <w:p>
      <w:r>
        <w:t>Use it this week</w:t>
      </w:r>
    </w:p>
    <w:p>
      <w:r>
        <w:t>Do not change how you work yet. Spend this week noticing which of your requests are grounded and which are not — that habit alone lifts everything you get from Copilot.</w:t>
      </w:r>
    </w:p>
    <w:p>
      <w:pPr>
        <w:pStyle w:val="ListNumber"/>
      </w:pPr>
      <w:r>
        <w:t>Find out which licence tier you have, by asking IT rather than guessing.</w:t>
      </w:r>
    </w:p>
    <w:p>
      <w:pPr>
        <w:pStyle w:val="ListNumber"/>
      </w:pPr>
      <w:r>
        <w:t>Run the same question twice, grounded and ungrounded, and compare the answers.</w:t>
      </w:r>
    </w:p>
    <w:p>
      <w:pPr>
        <w:pStyle w:val="ListNumber"/>
      </w:pPr>
      <w:r>
        <w:t>Pick one recurring task where you already have the source material, and use Copilot on it.</w:t>
      </w:r>
    </w:p>
    <w:p>
      <w:r>
        <w:t>[confirmation]</w:t>
      </w:r>
    </w:p>
    <w:p>
      <w:r>
        <w:t>I confirm I understand that Copilot's answers are only as trustworthy as the source behind them, that I must check names, numbers and quotes, and that I remain accountable for anything I pass on.</w:t>
      </w:r>
    </w:p>
    <w:p>
      <w:r>
        <w:t>[/confirmation]</w:t>
      </w:r>
    </w:p>
    <w:p>
      <w:pPr>
        <w:pStyle w:val="Heading1"/>
      </w:pPr>
      <w:r>
        <w:t>Module 2 — The Prompt Formula That Fixes Most Bad Output</w:t>
      </w:r>
    </w:p>
    <w:p>
      <w:r>
        <w:t>[stock: keyboard sticky notes]</w:t>
      </w:r>
    </w:p>
    <w:p>
      <w:r>
        <w:t>You type a request, get something bland and slightly off, and conclude that Copilot is overrated. Nine times out of ten the answer was a fair response to the question asked. Bad output is a symptom of a thin prompt, and thin prompts fail in predictable ways — so they can be fixed in predictable ways.</w:t>
      </w:r>
    </w:p>
    <w:p>
      <w:r>
        <w:t>[callout info]</w:t>
      </w:r>
    </w:p>
    <w:p>
      <w:r>
        <w:t>What you'll be able to do</w:t>
      </w:r>
    </w:p>
    <w:p>
      <w:r>
        <w:t>Write a prompt with all four working parts instead of a one-line request</w:t>
      </w:r>
    </w:p>
    <w:p>
      <w:r>
        <w:t>Recognise which missing part caused a particular kind of bad answer</w:t>
      </w:r>
    </w:p>
    <w:p>
      <w:r>
        <w:t>Improve an answer by following up rather than starting again</w:t>
      </w:r>
    </w:p>
    <w:p>
      <w:r>
        <w:t>Add two short instructions that make any prompt safer</w:t>
      </w:r>
    </w:p>
    <w:p>
      <w:r>
        <w:t>[/callout]</w:t>
      </w:r>
    </w:p>
    <w:p>
      <w:r>
        <w:t>[section_break]</w:t>
      </w:r>
    </w:p>
    <w:p>
      <w:r>
        <w:t>1 :: GOAL, CONTEXT, SOURCE, OUTPUT</w:t>
      </w:r>
    </w:p>
    <w:p>
      <w:r>
        <w:t>[/section_break]</w:t>
      </w:r>
    </w:p>
    <w:p>
      <w:r>
        <w:t xml:space="preserve">A good prompt answers four questions. </w:t>
      </w:r>
      <w:r>
        <w:rPr>
          <w:b/>
        </w:rPr>
        <w:t>GOAL</w:t>
      </w:r>
      <w:r>
        <w:t xml:space="preserve"> — what do you want, and what for. </w:t>
      </w:r>
      <w:r>
        <w:rPr>
          <w:b/>
        </w:rPr>
        <w:t>CONTEXT</w:t>
      </w:r>
      <w:r>
        <w:t xml:space="preserve"> — who is reading it, and what do they know already. </w:t>
      </w:r>
      <w:r>
        <w:rPr>
          <w:b/>
        </w:rPr>
        <w:t>SOURCE</w:t>
      </w:r>
      <w:r>
        <w:t xml:space="preserve"> — what material should the answer be built from. </w:t>
      </w:r>
      <w:r>
        <w:rPr>
          <w:b/>
        </w:rPr>
        <w:t>OUTPUT</w:t>
      </w:r>
      <w:r>
        <w:t xml:space="preserve"> — what shape, length and tone do you need back.</w:t>
      </w:r>
    </w:p>
    <w:p>
      <w:r>
        <w:t xml:space="preserve">Each missing piece produces its own failure, so you can diagnose a bad answer by reading it. Leave out the </w:t>
      </w:r>
      <w:r>
        <w:rPr>
          <w:b/>
        </w:rPr>
        <w:t>goal</w:t>
      </w:r>
      <w:r>
        <w:t xml:space="preserve"> and you get a vague essay that circles the topic. Leave out the </w:t>
      </w:r>
      <w:r>
        <w:rPr>
          <w:b/>
        </w:rPr>
        <w:t>context</w:t>
      </w:r>
      <w:r>
        <w:t xml:space="preserve"> and you get generic corporate mush, technically about your subject but written for nobody. Leave out the </w:t>
      </w:r>
      <w:r>
        <w:rPr>
          <w:b/>
        </w:rPr>
        <w:t>source</w:t>
      </w:r>
      <w:r>
        <w:t xml:space="preserve"> and you get invented detail: confident figures, plausible names, quotes nobody said. Leave out the </w:t>
      </w:r>
      <w:r>
        <w:rPr>
          <w:b/>
        </w:rPr>
        <w:t>output</w:t>
      </w:r>
      <w:r>
        <w:t xml:space="preserve"> and you get the wrong shape and length — eight paragraphs when you wanted five bullets.</w:t>
      </w:r>
    </w:p>
    <w:p>
      <w:r>
        <w:t>So you stop rewriting from scratch. Waffle means add a goal; blandness means add context; suspicious specifics mean no source. Supplying that source is simple when you can attach the file. Asking Copilot to find it in your own email or documents is not.</w:t>
      </w:r>
    </w:p>
    <w:p>
      <w:r>
        <w:t>[callout warning]</w:t>
      </w:r>
    </w:p>
    <w:p>
      <w:r>
        <w:t>Needs Microsoft 365 Copilot (Premium). This works by reading your own meetings, email and files, which the Basic tiers cannot access. On Copilot Chat you can still do this by pasting or uploading the content yourself.</w:t>
      </w:r>
    </w:p>
    <w:p>
      <w:r>
        <w:t>[/callout]</w:t>
      </w:r>
    </w:p>
    <w:p>
      <w:r>
        <w:t>[callout info]</w:t>
      </w:r>
    </w:p>
    <w:p>
      <w:r>
        <w:t>DIAGRAM PROMPT — delete this block once the diagram is in.</w:t>
      </w:r>
    </w:p>
    <w:p>
      <w:r>
        <w:t>A single-row diagram titled "The four-part prompt". Four equal rounded blocks sit left to right, joined by thin arrows, each with a short label and a one-line description underneath: GOAL — "what you want and what it is for"; CONTEXT — "who is reading it and what they already know"; SOURCE — "the material the answer must be built from"; OUTPUT — "shape, length and tone". Above the row, a thin bracket spans all four blocks, labelled "One prompt". Below the blocks, separated by a dotted horizontal line running the full width and labelled "Leave it out and you get", sits one small amber failure card under each block containing, in order: "a vague essay", "generic corporate mush", "invented detail", "the wrong shape and length". A footer strip beneath everything reads "Diagnose the answer, then add the missing part." Flat, modern corporate-training style, one accent colour for the blocks and amber for the failure cards, generous white space, sans-serif labels, no photographic elements.</w:t>
      </w:r>
    </w:p>
    <w:p>
      <w:r>
        <w:t>[/callout]</w:t>
      </w:r>
    </w:p>
    <w:p>
      <w:r>
        <w:t>[accordion]</w:t>
      </w:r>
    </w:p>
    <w:p>
      <w:r>
        <w:t>No fixed order :: Write the prompt as you would explain the job to a colleague. Copilot is not filling in a template, so order matters far less than presence.</w:t>
      </w:r>
    </w:p>
    <w:p>
      <w:r>
        <w:t>SOURCE is the part people skip :: It also causes the worst failures, because invention arrives looking exactly like fact. If the answer depends on material, attach it.</w:t>
      </w:r>
    </w:p>
    <w:p>
      <w:r>
        <w:t>Naming the audience does most of the work :: "For our board" and "for a new starter" produce genuinely different drafts of the same content.</w:t>
      </w:r>
    </w:p>
    <w:p>
      <w:r>
        <w:t>[/accordion]</w:t>
      </w:r>
    </w:p>
    <w:p>
      <w:r>
        <w:t>[section_break]</w:t>
      </w:r>
    </w:p>
    <w:p>
      <w:r>
        <w:t>2 :: Rebuilding a prompt, then improving it</w:t>
      </w:r>
    </w:p>
    <w:p>
      <w:r>
        <w:t>[/section_break]</w:t>
      </w:r>
    </w:p>
    <w:p>
      <w:r>
        <w:t>Here is a weak prompt and the same request rebuilt. Notice how much the weak one leaves Copilot to guess.</w:t>
      </w:r>
    </w:p>
    <w:p>
      <w:r>
        <w:t>Weak: "Write an update about the project."</w:t>
      </w:r>
    </w:p>
    <w:p>
      <w:r>
        <w:t>Rebuilt: "Write a short project update for the monthly operations meeting. The audience is department heads who know the project exists but not the detail. The pilot finished two weeks late after a supplier delay, accuracy beat expectations and speed did not, and we need a decision on extending it or moving to full rollout. Use the attached pilot report as the source and add no figures that are not in it. Four short paragraphs, under 250 words, ending with the decision we need. If anything is missing, list it rather than filling the gap."</w:t>
      </w:r>
    </w:p>
    <w:p>
      <w:r>
        <w:t xml:space="preserve">The last two sentences belong in almost every prompt. One tells Copilot to </w:t>
      </w:r>
      <w:r>
        <w:rPr>
          <w:b/>
        </w:rPr>
        <w:t>flag what is missing</w:t>
      </w:r>
      <w:r>
        <w:t xml:space="preserve"> rather than quietly bridging the gap. The other tells it </w:t>
      </w:r>
      <w:r>
        <w:rPr>
          <w:b/>
        </w:rPr>
        <w:t>not to invent details</w:t>
      </w:r>
      <w:r>
        <w:t xml:space="preserve"> — names, figures and dates are where invention does real damage. Neither removes your obligation to check, but both make failure visible.</w:t>
      </w:r>
    </w:p>
    <w:p>
      <w:r>
        <w:t>[tabs]</w:t>
      </w:r>
    </w:p>
    <w:p>
      <w:r>
        <w:t>Your own team :: Explain the change to the leave approval process to my team of eight, who use it weekly and need to know what they do differently now. Source is the attached policy note. Six bullets, under 120 words.</w:t>
      </w:r>
    </w:p>
    <w:p>
      <w:r>
        <w:t>The executive group :: Explain the same change to our executives, who have not seen the detail and care about risk and cost. Source is the attached policy note. Three paragraphs, under 200 words, leading with why we changed it.</w:t>
      </w:r>
    </w:p>
    <w:p>
      <w:r>
        <w:t>A new starter :: Explain the same change to someone who joined last week and has used neither version. Source is the attached policy note. Numbered steps, under 150 words, no acronyms.</w:t>
      </w:r>
    </w:p>
    <w:p>
      <w:r>
        <w:t>[/tabs]</w:t>
      </w:r>
    </w:p>
    <w:p>
      <w:r>
        <w:t xml:space="preserve">When the answer is close but not right, </w:t>
      </w:r>
      <w:r>
        <w:rPr>
          <w:b/>
        </w:rPr>
        <w:t>follow up rather than start again</w:t>
      </w:r>
      <w:r>
        <w:t>. Copilot keeps the thread, so "shorter", "more direct" and "add the risks" inherit everything you supplied. Starting over throws that away and reintroduces the problem you just fixed. Change one thing at a time, and if three follow-ups have not helped, a part of the formula is missing.</w:t>
      </w:r>
    </w:p>
    <w:p>
      <w:r>
        <w:t>[callout warning]</w:t>
      </w:r>
    </w:p>
    <w:p>
      <w:r>
        <w:t>SCREENSHOT TO CAPTURE — delete this block once the image is in.</w:t>
      </w:r>
    </w:p>
    <w:p>
      <w:r>
        <w:t>What to capture: a Copilot conversation thread showing a full four-part prompt, the answer it produced, a one-word follow-up such as "shorter", and the tightened result below it.</w:t>
      </w:r>
    </w:p>
    <w:p>
      <w:r>
        <w:t>Why it helps: learners need to see that a useful follow-up can be two words long.</w:t>
      </w:r>
    </w:p>
    <w:p>
      <w:r>
        <w:t>[/callout]</w:t>
      </w:r>
    </w:p>
    <w:p>
      <w:r>
        <w:t>[process]</w:t>
      </w:r>
    </w:p>
    <w:p>
      <w:r>
        <w:t>Name the goal :: Say what you want and what it is for.</w:t>
      </w:r>
    </w:p>
    <w:p>
      <w:r>
        <w:t>Give the context :: Name the audience and what they already know.</w:t>
      </w:r>
    </w:p>
    <w:p>
      <w:r>
        <w:t>Supply the source :: Attach or paste the material the answer comes from.</w:t>
      </w:r>
    </w:p>
    <w:p>
      <w:r>
        <w:t>Specify the output :: State the shape, length and tone you need back.</w:t>
      </w:r>
    </w:p>
    <w:p>
      <w:r>
        <w:t>Add the guardrails :: Ask it to flag gaps and to invent nothing.</w:t>
      </w:r>
    </w:p>
    <w:p>
      <w:r>
        <w:t>Iterate :: Adjust with short follow-ups in the same conversation.</w:t>
      </w:r>
    </w:p>
    <w:p>
      <w:r>
        <w:t>[/process]</w:t>
      </w:r>
    </w:p>
    <w:p>
      <w:r>
        <w:t>A second complete prompt to copy. Swap in your own names and dates.</w:t>
      </w:r>
    </w:p>
    <w:p>
      <w:r>
        <w:t>Draft an email to our client contact at Northbridge asking to move delivery from 14 March to 28 March. She has been reasonable about timelines before, but her board meets in early April. A supplier problem cost us two weeks and we would rather deliver complete than partial. Use the attached project timeline as the source for any dates, and do not invent commitments I have not made. Under 150 words, warm but direct, one sentence of apology at most, offering one concrete alternative. If you need information I have not given you, ask rather than guess.</w:t>
      </w:r>
    </w:p>
    <w:p>
      <w:r>
        <w:t>[callout tip]</w:t>
      </w:r>
    </w:p>
    <w:p>
      <w:r>
        <w:t>Take the last prompt you wrote, count how many of the four parts it had, then run it again with the missing ones added. Comparing the answers teaches this fastest.</w:t>
      </w:r>
    </w:p>
    <w:p>
      <w:r>
        <w:t>[/callout]</w:t>
      </w:r>
    </w:p>
    <w:p>
      <w:r>
        <w:t>[divider]</w:t>
      </w:r>
    </w:p>
    <w:p>
      <w:r>
        <w:t>[section_break]</w:t>
      </w:r>
    </w:p>
    <w:p>
      <w:r>
        <w:t>3 :: Check your understanding</w:t>
      </w:r>
    </w:p>
    <w:p>
      <w:r>
        <w:t>[/section_break]</w:t>
      </w:r>
    </w:p>
    <w:p>
      <w:r>
        <w:t>[matching]</w:t>
      </w:r>
    </w:p>
    <w:p>
      <w:r>
        <w:t>Match each term to its meaning</w:t>
      </w:r>
    </w:p>
    <w:p>
      <w:r>
        <w:t>GOAL :: What you want and what for</w:t>
      </w:r>
    </w:p>
    <w:p>
      <w:r>
        <w:t>CONTEXT :: The audience and the situation</w:t>
      </w:r>
    </w:p>
    <w:p>
      <w:r>
        <w:t>SOURCE :: The material the answer draws on</w:t>
      </w:r>
    </w:p>
    <w:p>
      <w:r>
        <w:t>OUTPUT :: Shape, length and tone required</w:t>
      </w:r>
    </w:p>
    <w:p>
      <w:r>
        <w:t>Missing context :: Generic mush written for nobody</w:t>
      </w:r>
    </w:p>
    <w:p>
      <w:r>
        <w:t>Iterating :: Refining inside the same conversation</w:t>
      </w:r>
    </w:p>
    <w:p>
      <w:r>
        <w:t>[/matching]</w:t>
      </w:r>
    </w:p>
    <w:p>
      <w:r>
        <w:t>[mcq]</w:t>
      </w:r>
    </w:p>
    <w:p>
      <w:r>
        <w:t>Question: You ask for a 200-word update for your team, in plain language, on how the pilot went. The answer is the right length and tone, but contains three figures nobody recognises. Which part was missing?</w:t>
      </w:r>
    </w:p>
    <w:p>
      <w:r>
        <w:t>A: GOAL, because you never said what it was for</w:t>
      </w:r>
    </w:p>
    <w:p>
      <w:r>
        <w:t>B: CONTEXT, because you never described the team</w:t>
      </w:r>
    </w:p>
    <w:p>
      <w:r>
        <w:t xml:space="preserve">*C: </w:t>
      </w:r>
      <w:r>
        <w:t>SOURCE, because you never gave it the pilot results</w:t>
      </w:r>
    </w:p>
    <w:p>
      <w:r>
        <w:t>D: OUTPUT, because you never asked for a table</w:t>
      </w:r>
    </w:p>
    <w:p>
      <w:r>
        <w:t>Explanation: The length and tone were right, so the output specification worked. Invented specifics are the signature failure of a missing source. Attach the results and the figures become checkable.</w:t>
      </w:r>
    </w:p>
    <w:p>
      <w:r>
        <w:t>[/mcq]</w:t>
      </w:r>
    </w:p>
    <w:p>
      <w:r>
        <w:t>Use it this week</w:t>
      </w:r>
    </w:p>
    <w:p>
      <w:r>
        <w:t>Nothing to memorise. Keep the four words somewhere visible and check your prompt against them before you send it.</w:t>
      </w:r>
    </w:p>
    <w:p>
      <w:pPr>
        <w:pStyle w:val="ListNumber"/>
      </w:pPr>
      <w:r>
        <w:t>Write out the four parts for one real request before you type it.</w:t>
      </w:r>
    </w:p>
    <w:p>
      <w:pPr>
        <w:pStyle w:val="ListNumber"/>
      </w:pPr>
      <w:r>
        <w:t>Improve one answer with three short follow-ups instead of a rewrite.</w:t>
      </w:r>
    </w:p>
    <w:p>
      <w:pPr>
        <w:pStyle w:val="ListNumber"/>
      </w:pPr>
      <w:r>
        <w:t>Add the flag-the-gaps and invent-nothing sentences to every prompt this week.</w:t>
      </w:r>
    </w:p>
    <w:p>
      <w:r>
        <w:t>[confirmation]</w:t>
      </w:r>
    </w:p>
    <w:p>
      <w:r>
        <w:t>I confirm I understand that most poor Copilot output comes from a missing part of the prompt, that asking it to flag gaps and invent nothing reduces but does not remove the risk, and that I still check names, figures and dates myself.</w:t>
      </w:r>
    </w:p>
    <w:p>
      <w:r>
        <w:t>[/confirmation]</w:t>
      </w:r>
    </w:p>
    <w:p>
      <w:pPr>
        <w:pStyle w:val="Heading1"/>
      </w:pPr>
      <w:r>
        <w:t>Module 3 — Teams: Meetings and Catching Up</w:t>
      </w:r>
    </w:p>
    <w:p>
      <w:r>
        <w:t>[stock: meeting room]</w:t>
      </w:r>
    </w:p>
    <w:p>
      <w:r>
        <w:t>You join at twenty past. The conversation has moved on, two decisions have been made without you, and asking the room to rewind costs everyone ten minutes. Or you miss the meeting altogether and inherit a fifty-minute recording nobody has time to watch. The useful thing about Copilot in Teams is not the transcript itself — it is that you can ask that transcript direct questions and get a usable answer in under a minute.</w:t>
      </w:r>
    </w:p>
    <w:p>
      <w:r>
        <w:t>[callout info]</w:t>
      </w:r>
    </w:p>
    <w:p>
      <w:r>
        <w:t>What you'll be able to do</w:t>
      </w:r>
    </w:p>
    <w:p>
      <w:r>
        <w:t>Catch up on a meeting you joined late or missed, without watching the recording</w:t>
      </w:r>
    </w:p>
    <w:p>
      <w:r>
        <w:t>Generate a recap covering decisions, actions, owners, dates, risks and open questions</w:t>
      </w:r>
    </w:p>
    <w:p>
      <w:r>
        <w:t>Ask targeted questions of a meeting and get an answer grounded in what was said</w:t>
      </w:r>
    </w:p>
    <w:p>
      <w:r>
        <w:t>Turn a discussion into notes, an email, a project update or a task list</w:t>
      </w:r>
    </w:p>
    <w:p>
      <w:r>
        <w:t>[/callout]</w:t>
      </w:r>
    </w:p>
    <w:p>
      <w:r>
        <w:t>[section_break]</w:t>
      </w:r>
    </w:p>
    <w:p>
      <w:r>
        <w:t>1 :: Catching up without watching the recording</w:t>
      </w:r>
    </w:p>
    <w:p>
      <w:r>
        <w:t>[/section_break]</w:t>
      </w:r>
    </w:p>
    <w:p>
      <w:r>
        <w:t xml:space="preserve">Copilot in Teams works from what the meeting </w:t>
      </w:r>
      <w:r>
        <w:rPr>
          <w:b/>
        </w:rPr>
        <w:t>captured</w:t>
      </w:r>
      <w:r>
        <w:t xml:space="preserve"> — principally the </w:t>
      </w:r>
      <w:r>
        <w:rPr>
          <w:b/>
        </w:rPr>
        <w:t>transcript</w:t>
      </w:r>
      <w:r>
        <w:t>, along with the meeting chat and anything shared in it. If transcription was never switched on, there is nothing to read, and no amount of clever prompting will recover the conversation. Check it at the start of any meeting you expect to lean on later.</w:t>
      </w:r>
    </w:p>
    <w:p>
      <w:r>
        <w:t>If you arrive late, you can ask Copilot what has been discussed so far while the meeting is still running. Keep the question narrow. "Summarise the meeting" gives you a paragraph of throat-clearing; "what has been decided so far, and is anything waiting on me" gives you something you can act on before you unmute.</w:t>
      </w:r>
    </w:p>
    <w:p>
      <w:r>
        <w:t>[callout warning]</w:t>
      </w:r>
    </w:p>
    <w:p>
      <w:r>
        <w:t>Needs Microsoft 365 Copilot (Premium). This works by reading your own meetings, email and</w:t>
      </w:r>
    </w:p>
    <w:p>
      <w:r>
        <w:t>files, which the Basic tiers cannot access. On Copilot Chat you can still do this by</w:t>
      </w:r>
    </w:p>
    <w:p>
      <w:r>
        <w:t>pasting or uploading the content yourself.</w:t>
      </w:r>
    </w:p>
    <w:p>
      <w:r>
        <w:t>[/callout]</w:t>
      </w:r>
    </w:p>
    <w:p>
      <w:r>
        <w:t xml:space="preserve">For a meeting you missed entirely, ask for a </w:t>
      </w:r>
      <w:r>
        <w:rPr>
          <w:b/>
        </w:rPr>
        <w:t>shape</w:t>
      </w:r>
      <w:r>
        <w:t>, not a summary. Naming the categories you want — decisions, actions, owners, due dates, risks, open questions — forces the output into a form you can scan in thirty seconds, and makes the gaps visible. An action with no owner is more useful to you than a tidy paragraph that hides the fact nobody volunteered.</w:t>
      </w:r>
    </w:p>
    <w:p>
      <w:r>
        <w:t>[callout warning]</w:t>
      </w:r>
    </w:p>
    <w:p>
      <w:r>
        <w:t>SCREENSHOT TO CAPTURE — delete this block once the image is in.</w:t>
      </w:r>
    </w:p>
    <w:p>
      <w:r>
        <w:t>What to capture: the Copilot side pane open beside a Teams meeting or its recap page, with a structured catch-up prompt typed into the compose box and a response showing headed sections for decisions and action items.</w:t>
      </w:r>
    </w:p>
    <w:p>
      <w:r>
        <w:t>Why it helps: learners recognise where the pane sits and what a structured answer looks like.</w:t>
      </w:r>
    </w:p>
    <w:p>
      <w:r>
        <w:t>[/callout]</w:t>
      </w:r>
    </w:p>
    <w:p>
      <w:r>
        <w:t>[accordion]</w:t>
      </w:r>
    </w:p>
    <w:p>
      <w:r>
        <w:t>No transcript means no recap :: Copilot cannot reconstruct a meeting from the invite or the attendee list. If transcription was off, say so rather than guessing at what was agreed.</w:t>
      </w:r>
    </w:p>
    <w:p>
      <w:r>
        <w:t>A recap is not minutes :: Treat the output as a first draft that you own. You are still the author, and still accountable for anything you circulate.</w:t>
      </w:r>
    </w:p>
    <w:p>
      <w:r>
        <w:t>Speaker attribution can slip :: Cross-talk, shared meeting rooms and unlabelled dial-ins all blur who said what, so verify a quote before you attach someone's name to it.</w:t>
      </w:r>
    </w:p>
    <w:p>
      <w:r>
        <w:t>Long meetings need narrower questions :: For anything over an hour, ask agenda item by agenda item. One question per topic gives sharper answers than one about everything.</w:t>
      </w:r>
    </w:p>
    <w:p>
      <w:r>
        <w:t>You still need permission :: Copilot only reaches meetings you were part of or that were shared with you, and asking differently will not change that.</w:t>
      </w:r>
    </w:p>
    <w:p>
      <w:r>
        <w:t>[/accordion]</w:t>
      </w:r>
    </w:p>
    <w:p>
      <w:r>
        <w:t>[section_break]</w:t>
      </w:r>
    </w:p>
    <w:p>
      <w:r>
        <w:t>2 :: From discussion to something you can send</w:t>
      </w:r>
    </w:p>
    <w:p>
      <w:r>
        <w:t>[/section_break]</w:t>
      </w:r>
    </w:p>
    <w:p>
      <w:r>
        <w:t xml:space="preserve">Once the recap exists, the real gain is </w:t>
      </w:r>
      <w:r>
        <w:rPr>
          <w:b/>
        </w:rPr>
        <w:t>interrogation</w:t>
      </w:r>
      <w:r>
        <w:t>. You can question a meeting the way you would question a colleague who sat through it. "What did we decide about the rollout date?" "Where did Finance disagree?" "Was anything promised to the client, and by whom?" Copilot answers from the transcript, so when it matters you can follow up with "quote the part where that was agreed".</w:t>
      </w:r>
    </w:p>
    <w:p>
      <w:r>
        <w:t xml:space="preserve">The second gain is </w:t>
      </w:r>
      <w:r>
        <w:rPr>
          <w:b/>
        </w:rPr>
        <w:t>conversion</w:t>
      </w:r>
      <w:r>
        <w:t>. A meeting is raw material for several artefacts, and asking for the artefact directly beats reshaping a summary yourself.</w:t>
      </w:r>
    </w:p>
    <w:p>
      <w:r>
        <w:t>[tabs]</w:t>
      </w:r>
    </w:p>
    <w:p>
      <w:r>
        <w:t>Follow-up email :: Ask for a short message to attendees confirming decisions, listing actions with owners and dates, and flagging what is still open. Specify the tone and the length.</w:t>
      </w:r>
    </w:p>
    <w:p>
      <w:r>
        <w:t>Project update :: Ask for a status update for a named audience covering progress, decisions, blockers and next steps. Say what the reader already knows so Copilot does not re-explain it.</w:t>
      </w:r>
    </w:p>
    <w:p>
      <w:r>
        <w:t>Task list :: Ask for one line per action giving owner, task and due date, with unassigned items grouped separately so you can chase them.</w:t>
      </w:r>
    </w:p>
    <w:p>
      <w:r>
        <w:t>[/tabs]</w:t>
      </w:r>
    </w:p>
    <w:p>
      <w:r>
        <w:t>[process]</w:t>
      </w:r>
    </w:p>
    <w:p>
      <w:r>
        <w:t>Check the capture :: Confirm transcription was on. If it was not, stop and ask someone who attended.</w:t>
      </w:r>
    </w:p>
    <w:p>
      <w:r>
        <w:t>Ask for the shape :: Request the recap by named categories rather than asking for a summary.</w:t>
      </w:r>
    </w:p>
    <w:p>
      <w:r>
        <w:t>Interrogate the gaps :: Ask two or three targeted questions about the parts that affect you.</w:t>
      </w:r>
    </w:p>
    <w:p>
      <w:r>
        <w:t>Convert :: Ask for the artefact you need, naming the audience and the length.</w:t>
      </w:r>
    </w:p>
    <w:p>
      <w:r>
        <w:t>Verify and own :: Check names, dates, numbers and commitments before anything leaves your hands.</w:t>
      </w:r>
    </w:p>
    <w:p>
      <w:r>
        <w:t>[/process]</w:t>
      </w:r>
    </w:p>
    <w:p>
      <w:r>
        <w:t>Here is a complete prompt for a meeting you missed. Copy it, and swap in your own meeting name.</w:t>
      </w:r>
    </w:p>
    <w:p>
      <w:r>
        <w:t>Summarise the Tuesday portfolio review meeting for someone who was not there. Use these headings: key themes, decisions made, action items with owner and due date, risks raised, and open questions. Put anything where the owner or the date was not stated under a heading called needs confirming. Keep it under 300 words, use plain language, and do not infer anything that was not actually said.</w:t>
      </w:r>
    </w:p>
    <w:p>
      <w:r>
        <w:t>[callout info]</w:t>
      </w:r>
    </w:p>
    <w:p>
      <w:r>
        <w:t>DIAGRAM PROMPT — delete this block once the diagram is in.</w:t>
      </w:r>
    </w:p>
    <w:p>
      <w:r>
        <w:t>A two-column comparison diagram titled "What Copilot can and cannot see about a meeting". Left column, headed "Captured", contains four labelled items with small icons: the transcript, the meeting chat, files shared in the meeting, and the recording where one exists. Right column, headed "Not captured", contains four items: the corridor conversation before the meeting, tone and body language, side chats and direct messages between attendees, and anything discussed while transcription was off. A single horizontal line separates the two columns from a footer strip reading "Copilot answers only from the left column". Clean, flat, business-presentation style, two accent colours, generous white space, no photographic elements.</w:t>
      </w:r>
    </w:p>
    <w:p>
      <w:r>
        <w:t>[/callout]</w:t>
      </w:r>
    </w:p>
    <w:p>
      <w:r>
        <w:t>Copilot reads words, not rooms. It cannot tell you that an objection was raised through gritted teeth, that the decision was really made in the corridor beforehand, or that the silence after a proposal meant disagreement rather than consent. Those readings are yours to supply, and they are often the part that matters.</w:t>
      </w:r>
    </w:p>
    <w:p>
      <w:r>
        <w:t>[callout tip]</w:t>
      </w:r>
    </w:p>
    <w:p>
      <w:r>
        <w:t>Try this today. Pick a meeting from the past week that you attended but barely followed. Ask Copilot for the decisions and action items only, then check whether anything on the list belongs to you.</w:t>
      </w:r>
    </w:p>
    <w:p>
      <w:r>
        <w:t>[/callout]</w:t>
      </w:r>
    </w:p>
    <w:p>
      <w:r>
        <w:t>[section_break]</w:t>
      </w:r>
    </w:p>
    <w:p>
      <w:r>
        <w:t>3 :: Check your understanding</w:t>
      </w:r>
    </w:p>
    <w:p>
      <w:r>
        <w:t>[/section_break]</w:t>
      </w:r>
    </w:p>
    <w:p>
      <w:r>
        <w:t>[matching]</w:t>
      </w:r>
    </w:p>
    <w:p>
      <w:r>
        <w:t>Match each term to its meaning</w:t>
      </w:r>
    </w:p>
    <w:p>
      <w:r>
        <w:t>Transcript :: The captured record Copilot reads</w:t>
      </w:r>
    </w:p>
    <w:p>
      <w:r>
        <w:t>Targeted question :: A narrow ask about one topic</w:t>
      </w:r>
    </w:p>
    <w:p>
      <w:r>
        <w:t>Structured recap :: A summary organised by named categories</w:t>
      </w:r>
    </w:p>
    <w:p>
      <w:r>
        <w:t>Needs confirming :: Items with no stated owner or date</w:t>
      </w:r>
    </w:p>
    <w:p>
      <w:r>
        <w:t>Conversion :: Turning a discussion into an artefact</w:t>
      </w:r>
    </w:p>
    <w:p>
      <w:r>
        <w:t>[/matching]</w:t>
      </w:r>
    </w:p>
    <w:p>
      <w:r>
        <w:t>[mcq]</w:t>
      </w:r>
    </w:p>
    <w:p>
      <w:r>
        <w:t>Question: A colleague asks you to recap a meeting from last month. Transcription was never switched on. What should you do?</w:t>
      </w:r>
    </w:p>
    <w:p>
      <w:r>
        <w:t>A: Ask Copilot to reconstruct the meeting from the invite and attendee list</w:t>
      </w:r>
    </w:p>
    <w:p>
      <w:r>
        <w:t>B: Ask Copilot to summarise it anyway and check the result carefully</w:t>
      </w:r>
    </w:p>
    <w:p>
      <w:r>
        <w:t xml:space="preserve">*C: </w:t>
      </w:r>
      <w:r>
        <w:t>Say there is no transcript, and ask an attendee for their notes instead</w:t>
      </w:r>
    </w:p>
    <w:p>
      <w:r>
        <w:t>D: Ask Copilot to estimate what was likely discussed from the agenda</w:t>
      </w:r>
    </w:p>
    <w:p>
      <w:r>
        <w:t>Explanation: Copilot can only work from what was captured. With no transcript there is nothing to read, and anything produced would be invention rather than recall.</w:t>
      </w:r>
    </w:p>
    <w:p>
      <w:r>
        <w:t>[/mcq]</w:t>
      </w:r>
    </w:p>
    <w:p>
      <w:r>
        <w:rPr>
          <w:b/>
        </w:rPr>
        <w:t>Use it this week.</w:t>
      </w:r>
      <w:r>
        <w:t xml:space="preserve"> Pick one recurring meeting as your test case. The habit is small — ask for shape, interrogate the gaps, convert, verify.</w:t>
      </w:r>
    </w:p>
    <w:p>
      <w:pPr>
        <w:pStyle w:val="ListNumber"/>
      </w:pPr>
      <w:r>
        <w:t>Before your next meeting that matters, confirm transcription is on.</w:t>
      </w:r>
    </w:p>
    <w:p>
      <w:pPr>
        <w:pStyle w:val="ListNumber"/>
      </w:pPr>
      <w:r>
        <w:t>Afterwards, generate a structured recap and ask two targeted questions about the parts that affect your work.</w:t>
      </w:r>
    </w:p>
    <w:p>
      <w:pPr>
        <w:pStyle w:val="ListNumber"/>
      </w:pPr>
      <w:r>
        <w:t>Convert one recap into a real follow-up email, check every name and date, then send it.</w:t>
      </w:r>
    </w:p>
    <w:p>
      <w:r>
        <w:t>[confirmation]</w:t>
      </w:r>
    </w:p>
    <w:p>
      <w:r>
        <w:t>I confirm I understand that Copilot can only recap what a meeting captured, that transcription must be on for a recap to exist, and that I am responsible for verifying names, dates and commitments before I send anything.</w:t>
      </w:r>
    </w:p>
    <w:p>
      <w:r>
        <w:t>[/confirmation]</w:t>
      </w:r>
    </w:p>
    <w:p>
      <w:pPr>
        <w:pStyle w:val="Heading1"/>
      </w:pPr>
      <w:r>
        <w:t>Module 4 — Outlook: Taming the Inbox and Writing Faster</w:t>
      </w:r>
    </w:p>
    <w:p>
      <w:r>
        <w:t>[stock: laptop desk]</w:t>
      </w:r>
    </w:p>
    <w:p>
      <w:r>
        <w:t>Some threads run to forty messages, three of which matter, and the one that matters most is buried in a reply sent at eleven at night. Then there are the emails you owe people, still in draft because the first sentence is harder than the work. Copilot is good at both problems, and equally capable of writing, in your name, a promise you never intended to make.</w:t>
      </w:r>
    </w:p>
    <w:p>
      <w:r>
        <w:t>[callout info]</w:t>
      </w:r>
    </w:p>
    <w:p>
      <w:r>
        <w:t>What you'll be able to do</w:t>
      </w:r>
    </w:p>
    <w:p>
      <w:r>
        <w:t>Reduce a long thread to what was decided, what is outstanding and what is asked of you</w:t>
      </w:r>
    </w:p>
    <w:p>
      <w:r>
        <w:t>Draft replies and new emails that state a decision and a clear next step</w:t>
      </w:r>
    </w:p>
    <w:p>
      <w:r>
        <w:t>Adjust tone and length deliberately instead of accepting the first draft</w:t>
      </w:r>
    </w:p>
    <w:p>
      <w:r>
        <w:t>Run a six-point pre-send check that catches the errors that cost you</w:t>
      </w:r>
    </w:p>
    <w:p>
      <w:r>
        <w:t>[/callout]</w:t>
      </w:r>
    </w:p>
    <w:p>
      <w:r>
        <w:t>[section_break]</w:t>
      </w:r>
    </w:p>
    <w:p>
      <w:r>
        <w:t>1 :: Making a long thread give up its answer</w:t>
      </w:r>
    </w:p>
    <w:p>
      <w:r>
        <w:t>[/section_break]</w:t>
      </w:r>
    </w:p>
    <w:p>
      <w:r>
        <w:t xml:space="preserve">The instinct is to ask for a summary. Resist it. A summary flattens the disagreement, loses the dates and leaves you no better placed to reply. What you want is a </w:t>
      </w:r>
      <w:r>
        <w:rPr>
          <w:b/>
        </w:rPr>
        <w:t>structured read</w:t>
      </w:r>
      <w:r>
        <w:t xml:space="preserve"> — the same three questions every time, so the answer arrives in a shape you can scan.</w:t>
      </w:r>
    </w:p>
    <w:p>
      <w:r>
        <w:t xml:space="preserve">Those questions are: what has been </w:t>
      </w:r>
      <w:r>
        <w:rPr>
          <w:b/>
        </w:rPr>
        <w:t>decided</w:t>
      </w:r>
      <w:r>
        <w:t xml:space="preserve">, what is still </w:t>
      </w:r>
      <w:r>
        <w:rPr>
          <w:b/>
        </w:rPr>
        <w:t>outstanding</w:t>
      </w:r>
      <w:r>
        <w:t xml:space="preserve">, and what is being </w:t>
      </w:r>
      <w:r>
        <w:rPr>
          <w:b/>
        </w:rPr>
        <w:t>asked of you</w:t>
      </w:r>
      <w:r>
        <w:t>. The third is the one people forget to request, and it is the reason the thread is in your inbox at all. Asking for it by name pulls the request out of the polite paragraph hiding it.</w:t>
      </w:r>
    </w:p>
    <w:p>
      <w:r>
        <w:t>[callout warning]</w:t>
      </w:r>
    </w:p>
    <w:p>
      <w:r>
        <w:t>Needs Microsoft 365 Copilot (Premium). This works by reading your own meetings, email and</w:t>
      </w:r>
    </w:p>
    <w:p>
      <w:r>
        <w:t>files, which the Basic tiers cannot access. On Copilot Chat you can still do this by</w:t>
      </w:r>
    </w:p>
    <w:p>
      <w:r>
        <w:t>pasting or uploading the content yourself.</w:t>
      </w:r>
    </w:p>
    <w:p>
      <w:r>
        <w:t>[/callout]</w:t>
      </w:r>
    </w:p>
    <w:p>
      <w:r>
        <w:t>Here is a complete prompt for a thread you have been avoiding. Open the thread first, so Copilot works on that conversation and not the whole mailbox.</w:t>
      </w:r>
    </w:p>
    <w:p>
      <w:r>
        <w:t>Summarise this email thread under three headings — what has been decided, what is still outstanding, and what is being asked of me. Give one line per item, naming the person and the date, and list anything with a deadline in date order. Put ambiguous items under a fourth heading called needs confirming. Keep it under 200 words, and do not add advice or next steps that nobody in the thread proposed.</w:t>
      </w:r>
    </w:p>
    <w:p>
      <w:r>
        <w:t>[accordion]</w:t>
      </w:r>
    </w:p>
    <w:p>
      <w:r>
        <w:t>Ask about one thread, not the inbox :: Broad questions across a mailbox return broad answers. Narrow the scope and quality lifts.</w:t>
      </w:r>
    </w:p>
    <w:p>
      <w:r>
        <w:t>Attribution matters :: Before repeating a position, ask who said it. Quoted and forwarded text makes it easy to attach the wrong name.</w:t>
      </w:r>
    </w:p>
    <w:p>
      <w:r>
        <w:t>Watch for the reversal :: Threads decide something on Tuesday and quietly undo it on Thursday. Ask what changed, and when.</w:t>
      </w:r>
    </w:p>
    <w:p>
      <w:r>
        <w:t>It only sees the email :: Anything agreed in a chat, a corridor or a call is invisible, however confidently the thread refers to it.</w:t>
      </w:r>
    </w:p>
    <w:p>
      <w:r>
        <w:t>[/accordion]</w:t>
      </w:r>
    </w:p>
    <w:p>
      <w:r>
        <w:t>[section_break]</w:t>
      </w:r>
    </w:p>
    <w:p>
      <w:r>
        <w:t>2 :: Drafting, tone, and the check before you send</w:t>
      </w:r>
    </w:p>
    <w:p>
      <w:r>
        <w:t>[/section_break]</w:t>
      </w:r>
    </w:p>
    <w:p>
      <w:r>
        <w:t xml:space="preserve">A good drafting prompt names four things: the </w:t>
      </w:r>
      <w:r>
        <w:rPr>
          <w:b/>
        </w:rPr>
        <w:t>audience</w:t>
      </w:r>
      <w:r>
        <w:t xml:space="preserve">, the </w:t>
      </w:r>
      <w:r>
        <w:rPr>
          <w:b/>
        </w:rPr>
        <w:t>purpose</w:t>
      </w:r>
      <w:r>
        <w:t xml:space="preserve">, the </w:t>
      </w:r>
      <w:r>
        <w:rPr>
          <w:b/>
        </w:rPr>
        <w:t>length</w:t>
      </w:r>
      <w:r>
        <w:t xml:space="preserve"> and the </w:t>
      </w:r>
      <w:r>
        <w:rPr>
          <w:b/>
        </w:rPr>
        <w:t>constraints</w:t>
      </w:r>
      <w:r>
        <w:t>. The constraint is the part people leave out, and the part that saves you. Here is a complete prompt for a reply confirming a decision and stating a next step.</w:t>
      </w:r>
    </w:p>
    <w:p>
      <w:r>
        <w:t>Draft a reply to this thread from me to Priya, copying the project group. Confirm we have agreed to move the pilot launch to the first week of November, thank her for turning the revised costings around quickly, and say I will circulate an updated project plan by Friday. Four short sentences, warm but businesslike, no bullet points, and do not commit me to anything beyond that one deadline.</w:t>
      </w:r>
    </w:p>
    <w:p>
      <w:r>
        <w:rPr>
          <w:b/>
        </w:rPr>
        <w:t>Tone is a dial, not a switch.</w:t>
      </w:r>
      <w:r>
        <w:t xml:space="preserve"> Rather than asking for something better, say which direction you want and what must survive the rewrite. Difficult messages are where this earns its keep: the facts hold still while the temperature moves. Here is a prompt for firming up a message that has gone too soft. To soften instead, ask for the same facts with the pressure removed and a line acknowledging the other person's position.</w:t>
      </w:r>
    </w:p>
    <w:p>
      <w:r>
        <w:t>Rewrite this draft so it is firmer without being aggressive. Keep the facts and the deadline exactly as they are. Make clear this is the third time we have asked, and that we need the figures by Thursday to meet the board deadline. Remove the apologising, keep it to three sentences, and end with a direct question that requires a yes or no answer.</w:t>
      </w:r>
    </w:p>
    <w:p>
      <w:r>
        <w:t>Then the part that is not optional. Copilot writes fluently, so an invented date reads as convincingly as a real one. Check these six things every time.</w:t>
      </w:r>
    </w:p>
    <w:p>
      <w:r>
        <w:t>[flipcards]</w:t>
      </w:r>
    </w:p>
    <w:p>
      <w:r>
        <w:t>Names :: Right person, spelling and title. Copilot will guess a surname it saw nearby.</w:t>
      </w:r>
    </w:p>
    <w:p>
      <w:r>
        <w:t>Dates :: Every date and weekday. "Next Thursday" resolved wrongly is a missed deadline in your name.</w:t>
      </w:r>
    </w:p>
    <w:p>
      <w:r>
        <w:t>Numbers :: Figures, percentages and quantities, against the source. Never let one reach a client unchecked.</w:t>
      </w:r>
    </w:p>
    <w:p>
      <w:r>
        <w:t>Attachments :: If the draft says "please find attached", attach it. Copilot writes the sentence, not the file.</w:t>
      </w:r>
    </w:p>
    <w:p>
      <w:r>
        <w:t>Promises :: Read the commitments alone — deadlines, deliverables, offers of help you never authorised.</w:t>
      </w:r>
    </w:p>
    <w:p>
      <w:r>
        <w:t>Recipients :: Who is on the To line, who is copied, whether reply-all is really what you want.</w:t>
      </w:r>
    </w:p>
    <w:p>
      <w:r>
        <w:t>[/flipcards]</w:t>
      </w:r>
    </w:p>
    <w:p>
      <w:r>
        <w:t xml:space="preserve">One check comes before those six. </w:t>
      </w:r>
      <w:r>
        <w:rPr>
          <w:b/>
        </w:rPr>
        <w:t>Ask what should not leave the organisation.</w:t>
      </w:r>
      <w:r>
        <w:t xml:space="preserve"> A draft built from an internal thread carries internal language with it — the supplier's pricing, a colleague's blunt assessment, the reason the last vendor was dropped. Copilot cannot tell which facts are yours to share.</w:t>
      </w:r>
    </w:p>
    <w:p>
      <w:r>
        <w:t>[callout info]</w:t>
      </w:r>
    </w:p>
    <w:p>
      <w:r>
        <w:t>DIAGRAM PROMPT — delete this block once the diagram is in.</w:t>
      </w:r>
    </w:p>
    <w:p>
      <w:r>
        <w:t>A funnel diagram titled "From internal thread to external email". At the top, a wide box labelled "What Copilot can see" listing four items: the full thread, internal commentary, pricing and cost detail, and candid assessments of people and suppliers. The funnel narrows through a labelled band reading "Your confidentiality read", drawn as a filter. Below it, a narrower box labelled "What the recipient should see" listing three items: the decision, the next step, and the date. To the right of the filter band, three small items fall away on a dotted line under a short label reading "cut before sending". Clean, flat, business-presentation style, two accent colours, generous white space, no photographic elements.</w:t>
      </w:r>
    </w:p>
    <w:p>
      <w:r>
        <w:t>[/callout]</w:t>
      </w:r>
    </w:p>
    <w:p>
      <w:r>
        <w:t>Then the voice problem. Left alone, Copilot writes generic corporate email — "I hope this finds you well", "circling back", three adverbs a sentence. Two habits fix it. Name in the prompt what you never write, and keep your own first and last lines while Copilot drafts the middle. Openings and closings are where colleagues recognise you.</w:t>
      </w:r>
    </w:p>
    <w:p>
      <w:r>
        <w:t>[callout warning]</w:t>
      </w:r>
    </w:p>
    <w:p>
      <w:r>
        <w:t>SCREENSHOT TO CAPTURE — delete this block once the image is in.</w:t>
      </w:r>
    </w:p>
    <w:p>
      <w:r>
        <w:t>What to capture: an Outlook message open with the Copilot drafting pane beside it, showing a typed instruction that names the audience, the length and one explicit constraint, with the generated draft visible underneath.</w:t>
      </w:r>
    </w:p>
    <w:p>
      <w:r>
        <w:t>Why it helps: learners see where drafting happens and what a well-specified instruction looks like in place.</w:t>
      </w:r>
    </w:p>
    <w:p>
      <w:r>
        <w:t>[/callout]</w:t>
      </w:r>
    </w:p>
    <w:p>
      <w:r>
        <w:t>[process]</w:t>
      </w:r>
    </w:p>
    <w:p>
      <w:r>
        <w:t>Open the one thread :: Work inside the conversation you mean, not the whole inbox.</w:t>
      </w:r>
    </w:p>
    <w:p>
      <w:r>
        <w:t>Ask for the three-part read :: Decided, outstanding, asked of you. The same shape every time.</w:t>
      </w:r>
    </w:p>
    <w:p>
      <w:r>
        <w:t>Draft with constraints :: Name the audience, purpose, length and what not to promise.</w:t>
      </w:r>
    </w:p>
    <w:p>
      <w:r>
        <w:t>Set the tone deliberately :: Say firmer or softer, and what must not change.</w:t>
      </w:r>
    </w:p>
    <w:p>
      <w:r>
        <w:t>Run the six checks :: Names, dates, numbers, attachments, promises, recipients.</w:t>
      </w:r>
    </w:p>
    <w:p>
      <w:r>
        <w:t>Read it as the recipient :: Cut internal detail, restore your own opening and closing.</w:t>
      </w:r>
    </w:p>
    <w:p>
      <w:r>
        <w:t>[/process]</w:t>
      </w:r>
    </w:p>
    <w:p>
      <w:r>
        <w:t>[callout tip]</w:t>
      </w:r>
    </w:p>
    <w:p>
      <w:r>
        <w:t>Try this today. Find the longest unanswered thread in your inbox and ask only what is being asked of you. Most people find the real request is a sentence they had scrolled past twice.</w:t>
      </w:r>
    </w:p>
    <w:p>
      <w:r>
        <w:t>[/callout]</w:t>
      </w:r>
    </w:p>
    <w:p>
      <w:r>
        <w:t>[section_break]</w:t>
      </w:r>
    </w:p>
    <w:p>
      <w:r>
        <w:t>3 :: Check your understanding</w:t>
      </w:r>
    </w:p>
    <w:p>
      <w:r>
        <w:t>[/section_break]</w:t>
      </w:r>
    </w:p>
    <w:p>
      <w:r>
        <w:t>[matching]</w:t>
      </w:r>
    </w:p>
    <w:p>
      <w:r>
        <w:t>Match each term to its meaning</w:t>
      </w:r>
    </w:p>
    <w:p>
      <w:r>
        <w:t>Structured read :: Decided, outstanding, asked of you</w:t>
      </w:r>
    </w:p>
    <w:p>
      <w:r>
        <w:t>Constraint :: What the draft must not promise</w:t>
      </w:r>
    </w:p>
    <w:p>
      <w:r>
        <w:t>Tone direction :: Firmer or softer, facts unchanged</w:t>
      </w:r>
    </w:p>
    <w:p>
      <w:r>
        <w:t>Confidentiality read :: Cutting internal detail before sending</w:t>
      </w:r>
    </w:p>
    <w:p>
      <w:r>
        <w:t>Pre-send check :: Six verifications before you send</w:t>
      </w:r>
    </w:p>
    <w:p>
      <w:r>
        <w:t>[/matching]</w:t>
      </w:r>
    </w:p>
    <w:p>
      <w:r>
        <w:t>[mcq]</w:t>
      </w:r>
    </w:p>
    <w:p>
      <w:r>
        <w:t>Question: Copilot drafts a reply containing "we will have the full report to you by Friday". Nobody in the thread proposed a Friday deadline. What is happening?</w:t>
      </w:r>
    </w:p>
    <w:p>
      <w:r>
        <w:t>A: It found the deadline in a related file and is surfacing it</w:t>
      </w:r>
    </w:p>
    <w:p>
      <w:r>
        <w:t>B: The deadline is a safe default and can be left in</w:t>
      </w:r>
    </w:p>
    <w:p>
      <w:r>
        <w:t xml:space="preserve">*C: </w:t>
      </w:r>
      <w:r>
        <w:t>It has invented a plausible commitment, which must be removed or verified</w:t>
      </w:r>
    </w:p>
    <w:p>
      <w:r>
        <w:t>D: The deadline is fine because you can send an amendment later</w:t>
      </w:r>
    </w:p>
    <w:p>
      <w:r>
        <w:t>Explanation: Fluent writing invents commitments as readily as it reports real ones, and a promise you did not make is still a promise once you press send. That is why promises get their own pre-send check.</w:t>
      </w:r>
    </w:p>
    <w:p>
      <w:r>
        <w:t>[/mcq]</w:t>
      </w:r>
    </w:p>
    <w:p>
      <w:r>
        <w:rPr>
          <w:b/>
        </w:rPr>
        <w:t>Use it this week.</w:t>
      </w:r>
      <w:r>
        <w:t xml:space="preserve"> Pick one thread and one difficult email. The routine is short: structured read, constrained draft, six checks, then a read as the recipient.</w:t>
      </w:r>
    </w:p>
    <w:p>
      <w:pPr>
        <w:pStyle w:val="ListNumber"/>
      </w:pPr>
      <w:r>
        <w:t>Summarise your longest live thread under the three headings, and act on what it says is asked of you.</w:t>
      </w:r>
    </w:p>
    <w:p>
      <w:pPr>
        <w:pStyle w:val="ListNumber"/>
      </w:pPr>
      <w:r>
        <w:t>Draft a reply confirming a decision and one next step, then run all six checks before sending.</w:t>
      </w:r>
    </w:p>
    <w:p>
      <w:pPr>
        <w:pStyle w:val="ListNumber"/>
      </w:pPr>
      <w:r>
        <w:t>Take a message you have been putting off, ask for it firmer or softer, and send the version you would be happy to see forwarded.</w:t>
      </w:r>
    </w:p>
    <w:p>
      <w:r>
        <w:t>[confirmation]</w:t>
      </w:r>
    </w:p>
    <w:p>
      <w:r>
        <w:t>I confirm I am responsible for every draft Copilot writes in my name, that I will check names, dates, numbers, attachments, promises and recipients before sending, and that I will remove internal detail that should not leave my organisation.</w:t>
      </w:r>
    </w:p>
    <w:p>
      <w:r>
        <w:t>[/confirmation]</w:t>
      </w:r>
    </w:p>
    <w:p>
      <w:pPr>
        <w:pStyle w:val="Heading1"/>
      </w:pPr>
      <w:r>
        <w:t>Module 5 — Word: Drafting, Rewriting and Summarising</w:t>
      </w:r>
    </w:p>
    <w:p>
      <w:r>
        <w:t>[stock: printed document]</w:t>
      </w:r>
    </w:p>
    <w:p>
      <w:r>
        <w:t>There are two document problems. One is the blank page — the report you have circled for a fortnight. The other is the sixty-page document that arrived this morning and needs a decision by Thursday. Copilot helps with both, once you stop asking it to invent and start giving it material to work from.</w:t>
      </w:r>
    </w:p>
    <w:p>
      <w:r>
        <w:t>[callout info]</w:t>
      </w:r>
    </w:p>
    <w:p>
      <w:r>
        <w:t>What you'll be able to do</w:t>
      </w:r>
    </w:p>
    <w:p>
      <w:r>
        <w:t>Draft from an outline, a meeting or named files instead of from nothing</w:t>
      </w:r>
    </w:p>
    <w:p>
      <w:r>
        <w:t>Rewrite a document for a different audience, tone or reading level</w:t>
      </w:r>
    </w:p>
    <w:p>
      <w:r>
        <w:t>Pull decisions, requirements, risks and open questions from something long</w:t>
      </w:r>
    </w:p>
    <w:p>
      <w:r>
        <w:t>Use Copilot as a structural reviewer, and edit what it gives you</w:t>
      </w:r>
    </w:p>
    <w:p>
      <w:r>
        <w:t>[/callout]</w:t>
      </w:r>
    </w:p>
    <w:p>
      <w:r>
        <w:t>[section_break]</w:t>
      </w:r>
    </w:p>
    <w:p>
      <w:r>
        <w:t>1 :: Drafting from something rather than nothing</w:t>
      </w:r>
    </w:p>
    <w:p>
      <w:r>
        <w:t>[/section_break]</w:t>
      </w:r>
    </w:p>
    <w:p>
      <w:r>
        <w:t>Compare two requests. "Write me a policy on flexible working" gives you a policy — fluent, sensibly organised, entirely generic. It is a composite of everything the model has read on the subject, carrying rules you do not have and no trace of the decision your executives took in March. Now compare: "using these three documents, draft a flexible working policy for staff with no HR background." The first must be rewritten. The second can be edited.</w:t>
      </w:r>
    </w:p>
    <w:p>
      <w:r>
        <w:t xml:space="preserve">The difference is </w:t>
      </w:r>
      <w:r>
        <w:rPr>
          <w:b/>
        </w:rPr>
        <w:t>grounding</w:t>
      </w:r>
      <w:r>
        <w:t xml:space="preserve"> — building from material you supply. That is usually an </w:t>
      </w:r>
      <w:r>
        <w:rPr>
          <w:b/>
        </w:rPr>
        <w:t>outline</w:t>
      </w:r>
      <w:r>
        <w:t xml:space="preserve"> you wrote, a </w:t>
      </w:r>
      <w:r>
        <w:rPr>
          <w:b/>
        </w:rPr>
        <w:t>meeting</w:t>
      </w:r>
      <w:r>
        <w:t xml:space="preserve"> whose notes you point at, or </w:t>
      </w:r>
      <w:r>
        <w:rPr>
          <w:b/>
        </w:rPr>
        <w:t>reference files</w:t>
      </w:r>
      <w:r>
        <w:t xml:space="preserve"> you have access to. Three sources is plenty; beyond that a draft averages across them rather than using them.</w:t>
      </w:r>
    </w:p>
    <w:p>
      <w:r>
        <w:t xml:space="preserve">Word offers two things. </w:t>
      </w:r>
      <w:r>
        <w:rPr>
          <w:b/>
        </w:rPr>
        <w:t>Copilot Chat</w:t>
      </w:r>
      <w:r>
        <w:t xml:space="preserve"> discusses, summarises and generates text in a side pane, and is available on the Basic tiers. </w:t>
      </w:r>
      <w:r>
        <w:rPr>
          <w:b/>
        </w:rPr>
        <w:t>Edit with Copilot</w:t>
      </w:r>
      <w:r>
        <w:t xml:space="preserve"> — drafting and rewriting inside the document, grounded in your organisation's files — needs Microsoft 365 Copilot (Premium).</w:t>
      </w:r>
    </w:p>
    <w:p>
      <w:r>
        <w:t>[callout warning]</w:t>
      </w:r>
    </w:p>
    <w:p>
      <w:r>
        <w:t>Needs Microsoft 365 Copilot (Premium). This works by reading your own meetings, email and</w:t>
      </w:r>
    </w:p>
    <w:p>
      <w:r>
        <w:t>files, which the Basic tiers cannot access. On Copilot Chat you can still do this by</w:t>
      </w:r>
    </w:p>
    <w:p>
      <w:r>
        <w:t>pasting or uploading the content yourself.</w:t>
      </w:r>
    </w:p>
    <w:p>
      <w:r>
        <w:t>[/callout]</w:t>
      </w:r>
    </w:p>
    <w:p>
      <w:r>
        <w:t>The outline is the part people skip, and the part that does most of the work. Ten minutes writing your headings in your order buys a draft with your structure rather than the model's. Here is a complete drafting prompt.</w:t>
      </w:r>
    </w:p>
    <w:p>
      <w:r>
        <w:t>Using the three attached documents — the 2024 remote working policy, the HR consultation notes from March, and the legal team's risk memo — draft a revised remote working policy for all staff. Follow this structure: purpose, who it applies to, what staff may do without asking, what needs manager approval, equipment and expenses, and how to raise a problem. Write for employees with no HR background, in plain English, around 900 words. Where the sources disagree, do not pick one — flag the conflict in a list at the end. Do not add rules that are not in the sources.</w:t>
      </w:r>
    </w:p>
    <w:p>
      <w:r>
        <w:t>[accordion]</w:t>
      </w:r>
    </w:p>
    <w:p>
      <w:r>
        <w:t>Name sources, do not describe them :: "Our usual template" means nothing. Point at the file, or paste it in.</w:t>
      </w:r>
    </w:p>
    <w:p>
      <w:r>
        <w:t>An outline beats an instruction :: Your headings, your order. You spend that time either way.</w:t>
      </w:r>
    </w:p>
    <w:p>
      <w:r>
        <w:t>Say what not to include :: Without a boundary, drafts grow scope — new rules, new commitments, sections nobody asked for.</w:t>
      </w:r>
    </w:p>
    <w:p>
      <w:r>
        <w:t>Ask for conflicts, not consensus :: Given contradictory sources, Copilot smooths them into one confident line unless told otherwise.</w:t>
      </w:r>
    </w:p>
    <w:p>
      <w:r>
        <w:t>[/accordion]</w:t>
      </w:r>
    </w:p>
    <w:p>
      <w:r>
        <w:t>[callout info]</w:t>
      </w:r>
    </w:p>
    <w:p>
      <w:r>
        <w:t>DIAGRAM PROMPT — delete this block once the diagram is in.</w:t>
      </w:r>
    </w:p>
    <w:p>
      <w:r>
        <w:t>A horizontal flow diagram titled "What goes into a grounded draft". On the left, three input boxes stacked vertically, each with a one-line caption: "Your outline — the headings, in your order", "Reference files — the facts and the wording", "Audience brief — who reads it and what they know". Three arrows carry these into a single central box labelled "Copilot draft", shaded so it reads as provisional rather than finished. One arrow leads from it to a box labelled "Your edit — check, cut, rewrite the claims", and a final arrow from there to a box labelled "Document". Above the central box, a small dotted callout reads "first draft, not final". Clean flat business style, two accent colours, generous white space, no photographic elements.</w:t>
      </w:r>
    </w:p>
    <w:p>
      <w:r>
        <w:t>[/callout]</w:t>
      </w:r>
    </w:p>
    <w:p>
      <w:r>
        <w:t>[section_break]</w:t>
      </w:r>
    </w:p>
    <w:p>
      <w:r>
        <w:t>2 :: Rewriting, summarising, reviewing</w:t>
      </w:r>
    </w:p>
    <w:p>
      <w:r>
        <w:t>[/section_break]</w:t>
      </w:r>
    </w:p>
    <w:p>
      <w:r>
        <w:t>Rewriting is where Copilot is strongest — the facts already exist, and the job is genuinely a language job. Move one dial at a time, and say what must survive. Here is a complete prompt for an audience change.</w:t>
      </w:r>
    </w:p>
    <w:p>
      <w:r>
        <w:t>Rewrite the attached project update for our regional branch managers rather than the programme board. They know the customer side of the business well and nothing about the system architecture. Keep every date, figure and decision exactly as written. Replace technical terms with plain descriptions of what changes for their teams, cut it from four pages to one, use short paragraphs under four headings, and end with what we need from them by 14 September.</w:t>
      </w:r>
    </w:p>
    <w:p>
      <w:r>
        <w:t>[tabs]</w:t>
      </w:r>
    </w:p>
    <w:p>
      <w:r>
        <w:t>Audience :: Say who reads it and what they know. "Branch managers who know customers but not systems" does far more than "make it simpler" — it says which explanations to add and which to cut.</w:t>
      </w:r>
    </w:p>
    <w:p>
      <w:r>
        <w:t>Tone :: Give a direction and a limit. Warmer, firmer, less apologetic, and name what must not change. Facts hold still while the temperature moves.</w:t>
      </w:r>
    </w:p>
    <w:p>
      <w:r>
        <w:t>Reading level :: Ask for shorter sentences, common words, no unexplained acronyms. Then check the plainer wording has not changed a rule.</w:t>
      </w:r>
    </w:p>
    <w:p>
      <w:r>
        <w:t>[/tabs]</w:t>
      </w:r>
    </w:p>
    <w:p>
      <w:r>
        <w:t xml:space="preserve">Summarising needs the same discipline. "Summarise this" returns a shorter version of everything. Ask instead for the </w:t>
      </w:r>
      <w:r>
        <w:rPr>
          <w:b/>
        </w:rPr>
        <w:t>extraction</w:t>
      </w:r>
      <w:r>
        <w:t xml:space="preserve"> you want — decisions, requirements, risks, open questions. Naming the categories makes Copilot hunt for each rather than compress evenly. Try this on the next long document you are sent.</w:t>
      </w:r>
    </w:p>
    <w:p>
      <w:r>
        <w:t>Read the attached tender response and give me four lists: decisions already made, requirements we must meet, risks named or clearly implied, and open questions the document never answers. One line per item, naming the section it came from.</w:t>
      </w:r>
    </w:p>
    <w:p>
      <w:r>
        <w:t xml:space="preserve">Copilot is also a </w:t>
      </w:r>
      <w:r>
        <w:rPr>
          <w:b/>
        </w:rPr>
        <w:t>reviewer</w:t>
      </w:r>
      <w:r>
        <w:t>, the most underused thing in Word. It reads a whole document at once, which you cannot after your fourth pass, and it is good at structural faults — a point made three times, a gap where a reader expects something, one concept called three names across thirty pages. Ask it to find problems, not fix them. Here is a complete review prompt.</w:t>
      </w:r>
    </w:p>
    <w:p>
      <w:r>
        <w:t>Review this document as an editor, not a writer, and do not rewrite anything. Tell me four things: where the structure does not hold, naming sections that are out of order or belong together; where the same point is made more than once, quoting both places; where a reader would expect information that is not there; and where one thing is called by different names, listing each term and where it appears. Number the problems in priority order, with the section each sits in. Do not comment on grammar or word choice.</w:t>
      </w:r>
    </w:p>
    <w:p>
      <w:r>
        <w:t xml:space="preserve">Then the discipline everything rests on. </w:t>
      </w:r>
      <w:r>
        <w:rPr>
          <w:b/>
        </w:rPr>
        <w:t>What comes back is a first draft to edit, not a finished document to skim.</w:t>
      </w:r>
      <w:r>
        <w:t xml:space="preserve"> Fluent text invites skimming, and skimming is how an invented statistic reaches a document with your name on it. Read the claims, not the prose.</w:t>
      </w:r>
    </w:p>
    <w:p>
      <w:r>
        <w:t>[callout warning]</w:t>
      </w:r>
    </w:p>
    <w:p>
      <w:r>
        <w:t>SCREENSHOT TO CAPTURE — delete this block once the image is in.</w:t>
      </w:r>
    </w:p>
    <w:p>
      <w:r>
        <w:t>What to capture: a Word document open with the Copilot pane beside it, showing a drafting instruction that names reference files, an outline and an audience, with the generated draft visible in the pane before it has been inserted.</w:t>
      </w:r>
    </w:p>
    <w:p>
      <w:r>
        <w:t>Why it helps: learners see where drafting happens and what a properly specified instruction looks like in place.</w:t>
      </w:r>
    </w:p>
    <w:p>
      <w:r>
        <w:t>[/callout]</w:t>
      </w:r>
    </w:p>
    <w:p>
      <w:r>
        <w:t>[process]</w:t>
      </w:r>
    </w:p>
    <w:p>
      <w:r>
        <w:t>Write the outline first :: Your headings, your order. This makes the draft yours.</w:t>
      </w:r>
    </w:p>
    <w:p>
      <w:r>
        <w:t>Name the sources :: Point at specific files, notes or a meeting.</w:t>
      </w:r>
    </w:p>
    <w:p>
      <w:r>
        <w:t>Say who reads it :: Audience, length, tone, and what to leave out.</w:t>
      </w:r>
    </w:p>
    <w:p>
      <w:r>
        <w:t>Edit the claims :: Check dates, figures, names and rules against the sources.</w:t>
      </w:r>
    </w:p>
    <w:p>
      <w:r>
        <w:t>Ask for a review :: Structure, duplication, gaps, inconsistent terms.</w:t>
      </w:r>
    </w:p>
    <w:p>
      <w:r>
        <w:t>[/process]</w:t>
      </w:r>
    </w:p>
    <w:p>
      <w:r>
        <w:t>[callout tip]</w:t>
      </w:r>
    </w:p>
    <w:p>
      <w:r>
        <w:t>Try this today. Take a document you have already finished and ask only for the structural review. Most people find a duplicated section and a term used two ways in something they thought was done.</w:t>
      </w:r>
    </w:p>
    <w:p>
      <w:r>
        <w:t>[/callout]</w:t>
      </w:r>
    </w:p>
    <w:p>
      <w:r>
        <w:t>[section_break]</w:t>
      </w:r>
    </w:p>
    <w:p>
      <w:r>
        <w:t>3 :: Check your understanding</w:t>
      </w:r>
    </w:p>
    <w:p>
      <w:r>
        <w:t>[/section_break]</w:t>
      </w:r>
    </w:p>
    <w:p>
      <w:r>
        <w:t>[matching]</w:t>
      </w:r>
    </w:p>
    <w:p>
      <w:r>
        <w:t>Match each term to its meaning</w:t>
      </w:r>
    </w:p>
    <w:p>
      <w:r>
        <w:t>Grounding :: Drafting from sources you supply</w:t>
      </w:r>
    </w:p>
    <w:p>
      <w:r>
        <w:t>Outline :: Your headings in your order</w:t>
      </w:r>
    </w:p>
    <w:p>
      <w:r>
        <w:t>Extraction :: Pulling named categories from a document</w:t>
      </w:r>
    </w:p>
    <w:p>
      <w:r>
        <w:t>Structural review :: Finding gaps, duplication, inconsistency</w:t>
      </w:r>
    </w:p>
    <w:p>
      <w:r>
        <w:t>Edit with Copilot :: In-document drafting, Premium only</w:t>
      </w:r>
    </w:p>
    <w:p>
      <w:r>
        <w:t>[/matching]</w:t>
      </w:r>
    </w:p>
    <w:p>
      <w:r>
        <w:t>[mcq]</w:t>
      </w:r>
    </w:p>
    <w:p>
      <w:r>
        <w:t>Question: You ask Copilot to draft a supplier policy with no sources attached. The result reads convincingly. What is the main risk?</w:t>
      </w:r>
    </w:p>
    <w:p>
      <w:r>
        <w:t>A: It will be too short for a policy document</w:t>
      </w:r>
    </w:p>
    <w:p>
      <w:r>
        <w:t>B: The tone will not match your style guide</w:t>
      </w:r>
    </w:p>
    <w:p>
      <w:r>
        <w:t xml:space="preserve">*C: </w:t>
      </w:r>
      <w:r>
        <w:t>It contains plausible rules that are not your organisation's</w:t>
      </w:r>
    </w:p>
    <w:p>
      <w:r>
        <w:t>D: It will refuse to cover topics it lacks information about</w:t>
      </w:r>
    </w:p>
    <w:p>
      <w:r>
        <w:t>Explanation: Ungrounded drafting produces generic material written as fluently as a grounded draft. Structure and tone are easy to fix. The invented rules survive a skim and end up published.</w:t>
      </w:r>
    </w:p>
    <w:p>
      <w:r>
        <w:t>[/mcq]</w:t>
      </w:r>
    </w:p>
    <w:p>
      <w:r>
        <w:rPr>
          <w:b/>
        </w:rPr>
        <w:t>Use it this week.</w:t>
      </w:r>
      <w:r>
        <w:t xml:space="preserve"> Pick one thing you have to write and one you have to read. The routine holds either way: outline, sources, audience, then edit the claims.</w:t>
      </w:r>
    </w:p>
    <w:p>
      <w:pPr>
        <w:pStyle w:val="ListNumber"/>
      </w:pPr>
      <w:r>
        <w:t>Draft one real document from your own outline plus two or three named source files.</w:t>
      </w:r>
    </w:p>
    <w:p>
      <w:pPr>
        <w:pStyle w:val="ListNumber"/>
      </w:pPr>
      <w:r>
        <w:t>Rewrite an existing document for a named audience, keeping every figure unchanged.</w:t>
      </w:r>
    </w:p>
    <w:p>
      <w:pPr>
        <w:pStyle w:val="ListNumber"/>
      </w:pPr>
      <w:r>
        <w:t>Run a structural review on something you consider finished, and fix what it finds.</w:t>
      </w:r>
    </w:p>
    <w:p>
      <w:r>
        <w:t>[confirmation]</w:t>
      </w:r>
    </w:p>
    <w:p>
      <w:r>
        <w:t>I confirm that I will treat Copilot's output as a first draft to edit rather than a finished document, that I will check every claim, figure and rule against its source, and that I am responsible for anything I publish in my own name.</w:t>
      </w:r>
    </w:p>
    <w:p>
      <w:r>
        <w:t>[/confirmation]</w:t>
      </w:r>
    </w:p>
    <w:p>
      <w:pPr>
        <w:pStyle w:val="Heading1"/>
      </w:pPr>
      <w:r>
        <w:t>Module 6 — Excel: Asking Questions of Your Data</w:t>
      </w:r>
    </w:p>
    <w:p>
      <w:r>
        <w:t>[stock: laptop spreadsheet]</w:t>
      </w:r>
    </w:p>
    <w:p>
      <w:r>
        <w:t>A number in a spreadsheet has a way of becoming a fact. It gets copied into a slide, quoted in a meeting, and by Thursday nobody remembers where it came from. Copilot in Excel reads a table faster than you can and writes formulas you would have lost twenty minutes to. It is also where a wrong answer does the most damage, because a wrong number does not look wrong.</w:t>
      </w:r>
    </w:p>
    <w:p>
      <w:r>
        <w:t>[callout info]</w:t>
      </w:r>
    </w:p>
    <w:p>
      <w:r>
        <w:t>What you'll be able to do</w:t>
      </w:r>
    </w:p>
    <w:p>
      <w:r>
        <w:t>Ask a dataset what it shows — trends, outliers, comparisons and possible causes</w:t>
      </w:r>
    </w:p>
    <w:p>
      <w:r>
        <w:t>Ask for a formula in plain language, then for an explanation you can check</w:t>
      </w:r>
    </w:p>
    <w:p>
      <w:r>
        <w:t>Generate summaries and charts that answer one specific question</w:t>
      </w:r>
    </w:p>
    <w:p>
      <w:r>
        <w:t>Trace every figure back to the source data before it leaves the sheet</w:t>
      </w:r>
    </w:p>
    <w:p>
      <w:r>
        <w:t>[/callout]</w:t>
      </w:r>
    </w:p>
    <w:p>
      <w:r>
        <w:t>[section_break]</w:t>
      </w:r>
    </w:p>
    <w:p>
      <w:r>
        <w:t>1 :: Copilot needs a proper table</w:t>
      </w:r>
    </w:p>
    <w:p>
      <w:r>
        <w:t>[/section_break]</w:t>
      </w:r>
    </w:p>
    <w:p>
      <w:r>
        <w:t xml:space="preserve">The honest advice comes first. Copilot reads </w:t>
      </w:r>
      <w:r>
        <w:rPr>
          <w:b/>
        </w:rPr>
        <w:t>structure</w:t>
      </w:r>
      <w:r>
        <w:t>, not layout. A well-formed table — one header row, one row per record, one kind of value in each column, no blank rows, no merged cells, no subtotals in the middle — it handles well. A hand-built sheet with a merged title, stacked mini-tables, bold subtotal rows and dates typed as text, it handles badly, and it fails quietly. You get a confident answer calculated from the wrong rows.</w:t>
      </w:r>
    </w:p>
    <w:p>
      <w:r>
        <w:t>So tidy first. One header row, real dates and real numbers in their own columns, merged cells removed, each dataset on its own sheet, and the range formatted as a table so Copilot can see where the data stops. Ten minutes of that beats an hour of rephrasing a question at a sheet that cannot answer it. Your workbook will also generally need to be saved in OneDrive or SharePoint.</w:t>
      </w:r>
    </w:p>
    <w:p>
      <w:r>
        <w:t xml:space="preserve">Most of this runs on </w:t>
      </w:r>
      <w:r>
        <w:rPr>
          <w:b/>
        </w:rPr>
        <w:t>Microsoft 365 Copilot (Basic)</w:t>
      </w:r>
      <w:r>
        <w:t>, which includes Copilot Chat inside Excel. Having Copilot write into the sheet itself, or ground an analysis in other files across your organisation, is Premium.</w:t>
      </w:r>
    </w:p>
    <w:p>
      <w:r>
        <w:t>[callout warning]</w:t>
      </w:r>
    </w:p>
    <w:p>
      <w:r>
        <w:t>Needs Microsoft 365 Copilot (Premium). This works by reading your own meetings, email and</w:t>
      </w:r>
    </w:p>
    <w:p>
      <w:r>
        <w:t>files, which the Basic tiers cannot access. On Copilot Chat you can still do this by</w:t>
      </w:r>
    </w:p>
    <w:p>
      <w:r>
        <w:t>pasting or uploading the content yourself.</w:t>
      </w:r>
    </w:p>
    <w:p>
      <w:r>
        <w:t>[/callout]</w:t>
      </w:r>
    </w:p>
    <w:p>
      <w:r>
        <w:t>[callout info]</w:t>
      </w:r>
    </w:p>
    <w:p>
      <w:r>
        <w:t>DIAGRAM PROMPT — delete this block once the diagram is in.</w:t>
      </w:r>
    </w:p>
    <w:p>
      <w:r>
        <w:t>A side-by-side comparison graphic titled "What Copilot can read". Left panel, labelled "Struggles with this", shows a stylised spreadsheet with a merged title bar across the top, a gap of two blank rows, two small stacked tables with different column counts, a bold subtotal row wedged in the middle, and one column visibly mixing dates written as text with real dates. Small red markers point at each fault with two-word labels: merged title, blank rows, stacked tables, subtotal inside, mixed types. Right panel, labelled "Works well with this", shows a single clean table — one shaded header row, uniform rows beneath, one data type per column, totals well below the table with a clear gap. Green ticks label three features: one header row, one row per record, consistent types. Flat business illustration style, no real numbers needed, two accent colours plus red and green markers, generous white space.</w:t>
      </w:r>
    </w:p>
    <w:p>
      <w:r>
        <w:t>[/callout]</w:t>
      </w:r>
    </w:p>
    <w:p>
      <w:r>
        <w:t>[accordion]</w:t>
      </w:r>
    </w:p>
    <w:p>
      <w:r>
        <w:t>Merged cells are the usual culprit :: They destroy the grid Copilot relies on. Unmerge, then repeat the label down every row.</w:t>
      </w:r>
    </w:p>
    <w:p>
      <w:r>
        <w:t>Dates stored as text :: A left-aligned date is probably text. Copilot sorts it alphabetically and never mentions the problem.</w:t>
      </w:r>
    </w:p>
    <w:p>
      <w:r>
        <w:t>Ask what it can see :: First, ask Copilot to state the columns, row count and date range it is reading. Wrong here means wrong everywhere after.</w:t>
      </w:r>
    </w:p>
    <w:p>
      <w:r>
        <w:t>Nothing substitutes for tidying :: If two rephrasings have not worked, the problem is the data.</w:t>
      </w:r>
    </w:p>
    <w:p>
      <w:r>
        <w:t>[/accordion]</w:t>
      </w:r>
    </w:p>
    <w:p>
      <w:r>
        <w:t>[section_break]</w:t>
      </w:r>
    </w:p>
    <w:p>
      <w:r>
        <w:t>2 :: Asking, explaining, checking</w:t>
      </w:r>
    </w:p>
    <w:p>
      <w:r>
        <w:t>[/section_break]</w:t>
      </w:r>
    </w:p>
    <w:p>
      <w:r>
        <w:t xml:space="preserve">Ask the dataset what it shows before you ask anything specific. You want four things — the </w:t>
      </w:r>
      <w:r>
        <w:rPr>
          <w:b/>
        </w:rPr>
        <w:t>trend</w:t>
      </w:r>
      <w:r>
        <w:t xml:space="preserve">, the </w:t>
      </w:r>
      <w:r>
        <w:rPr>
          <w:b/>
        </w:rPr>
        <w:t>outliers</w:t>
      </w:r>
      <w:r>
        <w:t xml:space="preserve">, the </w:t>
      </w:r>
      <w:r>
        <w:rPr>
          <w:b/>
        </w:rPr>
        <w:t>comparisons</w:t>
      </w:r>
      <w:r>
        <w:t xml:space="preserve"> between groups, and where values are missing or inconsistent. Ask for description first and causes second, because Copilot will happily explain a pattern that is really a data entry error. Here is a complete exploration prompt.</w:t>
      </w:r>
    </w:p>
    <w:p>
      <w:r>
        <w:t>This table covers monthly sales by region and product line from January 2024 to June 2025. Tell me four things. First, the overall trend in total revenue. Second, which regions are moving against that trend. Third, any rows or months that look like outliers against the surrounding data. Fourth, which columns have blanks, duplicates or inconsistent values. Name the rows or date range each point came from. Describe only what the numbers show — do not suggest causes yet.</w:t>
      </w:r>
    </w:p>
    <w:p>
      <w:r>
        <w:t xml:space="preserve">Then ask for causes as </w:t>
      </w:r>
      <w:r>
        <w:rPr>
          <w:b/>
        </w:rPr>
        <w:t>hypotheses with a test attached</w:t>
      </w:r>
      <w:r>
        <w:t xml:space="preserve"> — three possible explanations for the March drop, which columns would support or rule out each one, and what you would have to check outside the sheet. That gives you something to investigate rather than a story to repeat.</w:t>
      </w:r>
    </w:p>
    <w:p>
      <w:r>
        <w:t xml:space="preserve">Formulas are the other everyday win, and the part people get wrong. Describing what you want in plain English is fine. Accepting the formula without understanding it is not. </w:t>
      </w:r>
      <w:r>
        <w:rPr>
          <w:b/>
        </w:rPr>
        <w:t>Always ask Copilot to explain the formula it gave you</w:t>
      </w:r>
      <w:r>
        <w:t>, in parts, including the awkward cases. If the explanation does not match what you asked for, you have found the error before it reached your report.</w:t>
      </w:r>
    </w:p>
    <w:p>
      <w:r>
        <w:t>Column B is the order date, column E is the region and column H is the order value. Give me a formula for cell K2 that totals order value for the Northern region for orders placed in the last full calendar month, ignoring blank rows. Then explain it one part at a time — what each function does, exactly which cells it looks at, and what it returns if a region name is spelled differently, if a date is stored as text, or if the value cell is empty.</w:t>
      </w:r>
    </w:p>
    <w:p>
      <w:r>
        <w:t>Charts follow the same rule. Ask for a chart that answers a question — monthly revenue by region as a line chart, to see whether the regions are diverging — not a chart of everything. Then check the axis, the units and the date range before you trust the shape.</w:t>
      </w:r>
    </w:p>
    <w:p>
      <w:r>
        <w:t>[flipcards]</w:t>
      </w:r>
    </w:p>
    <w:p>
      <w:r>
        <w:t>The range :: Which rows did it use? Ask for the row count and compare it to your table.</w:t>
      </w:r>
    </w:p>
    <w:p>
      <w:r>
        <w:t>Filters :: A hidden or filtered row changes every total. Check what is filtered.</w:t>
      </w:r>
    </w:p>
    <w:p>
      <w:r>
        <w:t>Units :: Dollars or thousands, hours or minutes, percentage or proportion. Mixed units produce silent nonsense.</w:t>
      </w:r>
    </w:p>
    <w:p>
      <w:r>
        <w:t>Dates :: Text dates, mixed formats and financial years that do not start in January all break date logic.</w:t>
      </w:r>
    </w:p>
    <w:p>
      <w:r>
        <w:t>Blanks and zeros :: Ignoring blanks and counting them as zero give different averages. Ask which it did.</w:t>
      </w:r>
    </w:p>
    <w:p>
      <w:r>
        <w:t>The question :: Does the calculation answer what you asked, or something adjacent that was easier?</w:t>
      </w:r>
    </w:p>
    <w:p>
      <w:r>
        <w:t>[/flipcards]</w:t>
      </w:r>
    </w:p>
    <w:p>
      <w:r>
        <w:t xml:space="preserve">Then the discipline that matters more here than anywhere else. </w:t>
      </w:r>
      <w:r>
        <w:rPr>
          <w:b/>
        </w:rPr>
        <w:t>A wrong number in a spreadsheet propagates.</w:t>
      </w:r>
      <w:r>
        <w:t xml:space="preserve"> It goes into a report, the report goes into a decision, and nobody re-derives it. Never paste a Copilot-produced figure anywhere without tracing it back to the source data. Here is a complete sense-checking prompt.</w:t>
      </w:r>
    </w:p>
    <w:p>
      <w:r>
        <w:t>You told me average handling time in Q2 was 14.3 minutes. Show me how you got it. Which column did you use, how many rows did it cover, which rows were excluded and why, and what date range you treated as Q2. Tell me whether blank cells were ignored or counted as zero, and what the figure would be under the other treatment. Then give me the formula that reproduces this number so I can check it myself.</w:t>
      </w:r>
    </w:p>
    <w:p>
      <w:r>
        <w:t>[callout warning]</w:t>
      </w:r>
    </w:p>
    <w:p>
      <w:r>
        <w:t>SCREENSHOT TO CAPTURE — delete this block once the image is in.</w:t>
      </w:r>
    </w:p>
    <w:p>
      <w:r>
        <w:t>What to capture: an Excel workbook with data formatted as a proper table and the Copilot pane open beside it, showing a formula Copilot has produced together with its plain-English explanation of what each part of that formula does.</w:t>
      </w:r>
    </w:p>
    <w:p>
      <w:r>
        <w:t>Why it helps: learners see that the explanation is something you request and read, not something you skim past on the way to pasting the formula.</w:t>
      </w:r>
    </w:p>
    <w:p>
      <w:r>
        <w:t>[/callout]</w:t>
      </w:r>
    </w:p>
    <w:p>
      <w:r>
        <w:t>[process]</w:t>
      </w:r>
    </w:p>
    <w:p>
      <w:r>
        <w:t>Tidy the data first :: One header row, consistent types, no merged cells.</w:t>
      </w:r>
    </w:p>
    <w:p>
      <w:r>
        <w:t>Confirm what it can see :: Columns, row count and date range, before anything else.</w:t>
      </w:r>
    </w:p>
    <w:p>
      <w:r>
        <w:t>Ask what the data shows :: Trend, outliers, comparisons, gaps. Causes come later.</w:t>
      </w:r>
    </w:p>
    <w:p>
      <w:r>
        <w:t>Ask for the explanation :: Every formula, explained in parts, edge cases included.</w:t>
      </w:r>
    </w:p>
    <w:p>
      <w:r>
        <w:t>Trace the number back :: Rows, column, filter, date range, blanks. Then use it.</w:t>
      </w:r>
    </w:p>
    <w:p>
      <w:r>
        <w:t>[/process]</w:t>
      </w:r>
    </w:p>
    <w:p>
      <w:r>
        <w:t>[callout tip]</w:t>
      </w:r>
    </w:p>
    <w:p>
      <w:r>
        <w:t>Try this today. Take a figure you already report on and ask Copilot how it would derive it — rows, exclusions, date range and all. Any gap between that and the real calculation is worth finding now rather than in a meeting.</w:t>
      </w:r>
    </w:p>
    <w:p>
      <w:r>
        <w:t>[/callout]</w:t>
      </w:r>
    </w:p>
    <w:p>
      <w:r>
        <w:t>[section_break]</w:t>
      </w:r>
    </w:p>
    <w:p>
      <w:r>
        <w:t>3 :: Check your understanding</w:t>
      </w:r>
    </w:p>
    <w:p>
      <w:r>
        <w:t>[/section_break]</w:t>
      </w:r>
    </w:p>
    <w:p>
      <w:r>
        <w:t>[matching]</w:t>
      </w:r>
    </w:p>
    <w:p>
      <w:r>
        <w:t>Match each term to its meaning</w:t>
      </w:r>
    </w:p>
    <w:p>
      <w:r>
        <w:t>Structured table :: One header row, consistent column types</w:t>
      </w:r>
    </w:p>
    <w:p>
      <w:r>
        <w:t>Outlier :: A value far from its surrounding data</w:t>
      </w:r>
    </w:p>
    <w:p>
      <w:r>
        <w:t>Hypothesis with a test :: A cause plus how to check it</w:t>
      </w:r>
    </w:p>
    <w:p>
      <w:r>
        <w:t>Tracing back :: Rows, column, filter and date range</w:t>
      </w:r>
    </w:p>
    <w:p>
      <w:r>
        <w:t>Text date :: A date Excel treats as words</w:t>
      </w:r>
    </w:p>
    <w:p>
      <w:r>
        <w:t>[/matching]</w:t>
      </w:r>
    </w:p>
    <w:p>
      <w:r>
        <w:t>[mcq]</w:t>
      </w:r>
    </w:p>
    <w:p>
      <w:r>
        <w:t>Question: Copilot gives you a formula that returns a total you were expecting. What should you do before using the number?</w:t>
      </w:r>
    </w:p>
    <w:p>
      <w:r>
        <w:t>A: Nothing, since the result matches your expectation</w:t>
      </w:r>
    </w:p>
    <w:p>
      <w:r>
        <w:t>B: Reformat the cell so the number displays correctly</w:t>
      </w:r>
    </w:p>
    <w:p>
      <w:r>
        <w:t xml:space="preserve">*C: </w:t>
      </w:r>
      <w:r>
        <w:t>Ask Copilot to explain the formula and trace the total back to the rows it used</w:t>
      </w:r>
    </w:p>
    <w:p>
      <w:r>
        <w:t>D: Ask Copilot for a second formula and compare the two results</w:t>
      </w:r>
    </w:p>
    <w:p>
      <w:r>
        <w:t>Explanation: A result that matches your expectation is the easiest wrong answer to accept. Only the explanation and the source rows show whether the formula covered the right range, respected the filters and handled blanks as you intended. A second formula can be wrong the same way.</w:t>
      </w:r>
    </w:p>
    <w:p>
      <w:r>
        <w:t>[/mcq]</w:t>
      </w:r>
    </w:p>
    <w:p>
      <w:r>
        <w:rPr>
          <w:b/>
        </w:rPr>
        <w:t>Use it this week.</w:t>
      </w:r>
      <w:r>
        <w:t xml:space="preserve"> Pick one spreadsheet you report from regularly. Tidy it once, properly, then work with it rather than around it.</w:t>
      </w:r>
    </w:p>
    <w:p>
      <w:pPr>
        <w:pStyle w:val="ListNumber"/>
      </w:pPr>
      <w:r>
        <w:t>Format one real dataset as a proper table and remove every merged cell.</w:t>
      </w:r>
    </w:p>
    <w:p>
      <w:pPr>
        <w:pStyle w:val="ListNumber"/>
      </w:pPr>
      <w:r>
        <w:t>Run the exploration prompt and check two findings against the rows yourself.</w:t>
      </w:r>
    </w:p>
    <w:p>
      <w:pPr>
        <w:pStyle w:val="ListNumber"/>
      </w:pPr>
      <w:r>
        <w:t>Ask for one formula with a full explanation, and trace its result back to the source.</w:t>
      </w:r>
    </w:p>
    <w:p>
      <w:r>
        <w:t>[confirmation]</w:t>
      </w:r>
    </w:p>
    <w:p>
      <w:r>
        <w:t>I confirm that I will not paste a Copilot-produced figure into a report, slide or email without tracing it back to the source data, that I will check ranges, filters, units and date handling before trusting a result, and that I remain responsible for every number I put my name to.</w:t>
      </w:r>
    </w:p>
    <w:p>
      <w:r>
        <w:t>[/confirmation]</w:t>
      </w:r>
    </w:p>
    <w:p>
      <w:pPr>
        <w:pStyle w:val="Heading1"/>
      </w:pPr>
      <w:r>
        <w:t>Module 7 — PowerPoint: Building a Deck That Argues Something</w:t>
      </w:r>
    </w:p>
    <w:p>
      <w:r>
        <w:t>[stock: projector screen]</w:t>
      </w:r>
    </w:p>
    <w:p>
      <w:r>
        <w:t>Most decks take three hours to build and forty minutes to sit through, and the fault is nearly always the same. They are a pile of slides about a topic rather than an argument about a decision. Copilot helps here, but not the way people expect. It will not make your deck look good. It will help you work out what you are actually saying and give you something worth saying out loud on each slide.</w:t>
      </w:r>
    </w:p>
    <w:p>
      <w:r>
        <w:t>[callout info]</w:t>
      </w:r>
    </w:p>
    <w:p>
      <w:r>
        <w:t>What you'll be able to do</w:t>
      </w:r>
    </w:p>
    <w:p>
      <w:r>
        <w:t>Turn a brief or a document into an outline rather than starting from a blank deck</w:t>
      </w:r>
    </w:p>
    <w:p>
      <w:r>
        <w:t>Ask for a story arc — situation, insight, recommendation, action — not a pile of slides</w:t>
      </w:r>
    </w:p>
    <w:p>
      <w:r>
        <w:t>Cut an overlong deck to the slides that carry the argument</w:t>
      </w:r>
    </w:p>
    <w:p>
      <w:r>
        <w:t>Draft speaker notes for a named audience, and know what Copilot cannot judge</w:t>
      </w:r>
    </w:p>
    <w:p>
      <w:r>
        <w:t>[/callout]</w:t>
      </w:r>
    </w:p>
    <w:p>
      <w:r>
        <w:t>[section_break]</w:t>
      </w:r>
    </w:p>
    <w:p>
      <w:r>
        <w:t>1 :: An argument, not a topic</w:t>
      </w:r>
    </w:p>
    <w:p>
      <w:r>
        <w:t>[/section_break]</w:t>
      </w:r>
    </w:p>
    <w:p>
      <w:r>
        <w:t>Ask Copilot for "a presentation on our customer onboarding review" and you will get one. Tidy, evenly spaced and completely inert — background, methodology, four slides of findings, a Next Steps slide with three verbs on it. Nothing tells the audience what to think or do. That is not Copilot failing. It answered the question you asked, which was about a topic.</w:t>
      </w:r>
    </w:p>
    <w:p>
      <w:r>
        <w:t xml:space="preserve">The fix is to ask for a </w:t>
      </w:r>
      <w:r>
        <w:rPr>
          <w:b/>
        </w:rPr>
        <w:t>story arc</w:t>
      </w:r>
      <w:r>
        <w:t xml:space="preserve"> and name its four movements. </w:t>
      </w:r>
      <w:r>
        <w:rPr>
          <w:b/>
        </w:rPr>
        <w:t>Situation</w:t>
      </w:r>
      <w:r>
        <w:t xml:space="preserve"> — what is true now, briefly, and only the part this audience needs. </w:t>
      </w:r>
      <w:r>
        <w:rPr>
          <w:b/>
        </w:rPr>
        <w:t>Insight</w:t>
      </w:r>
      <w:r>
        <w:t xml:space="preserve"> — the one thing the evidence shows that they do not already know. </w:t>
      </w:r>
      <w:r>
        <w:rPr>
          <w:b/>
        </w:rPr>
        <w:t>Recommendation</w:t>
      </w:r>
      <w:r>
        <w:t xml:space="preserve"> — what should happen as a result. </w:t>
      </w:r>
      <w:r>
        <w:rPr>
          <w:b/>
        </w:rPr>
        <w:t>Action</w:t>
      </w:r>
      <w:r>
        <w:t xml:space="preserve"> — what you are asking this room to decide or do. Anything serving none of the four is background, and background belongs in an appendix.</w:t>
      </w:r>
    </w:p>
    <w:p>
      <w:r>
        <w:t xml:space="preserve">The second habit is to make every slide </w:t>
      </w:r>
      <w:r>
        <w:rPr>
          <w:b/>
        </w:rPr>
        <w:t>headline a full sentence that states the point</w:t>
      </w:r>
      <w:r>
        <w:t>. "Regional variation" is a label. "Three regions absorbed the volume increase without extra staff" is a point. Ask for headlines in that form and you get them; ask for slide titles and you get labels.</w:t>
      </w:r>
    </w:p>
    <w:p>
      <w:r>
        <w:t>Building a deck from a document that lives in your organisation, rather than from text you paste in yourself, needs the Premium tier.</w:t>
      </w:r>
    </w:p>
    <w:p>
      <w:r>
        <w:t>[callout warning]</w:t>
      </w:r>
    </w:p>
    <w:p>
      <w:r>
        <w:t>Needs Microsoft 365 Copilot (Premium). This works by reading your own meetings, email and</w:t>
      </w:r>
    </w:p>
    <w:p>
      <w:r>
        <w:t>files, which the Basic tiers cannot access. On Copilot Chat you can still do this by</w:t>
      </w:r>
    </w:p>
    <w:p>
      <w:r>
        <w:t>pasting or uploading the content yourself.</w:t>
      </w:r>
    </w:p>
    <w:p>
      <w:r>
        <w:t>[/callout]</w:t>
      </w:r>
    </w:p>
    <w:p>
      <w:r>
        <w:t>[callout info]</w:t>
      </w:r>
    </w:p>
    <w:p>
      <w:r>
        <w:t>DIAGRAM PROMPT — delete this block once the diagram is in.</w:t>
      </w:r>
    </w:p>
    <w:p>
      <w:r>
        <w:t>A horizontal four-stage arc diagram titled "The shape of an argument". Four rounded rectangles run left to right, joined by forward arrows and sitting on a single spine line that rises gently through the middle two blocks and resolves at the right. Block one, Situation, subtitle "What is true now"; block two, Insight, subtitle "What the evidence shows"; block three, Recommendation, subtitle "What should happen"; block four, Action, subtitle "What I am asking of you". Beneath each block, in smaller grey text, a suggested slide count for a twelve-minute talk — two, three, two, one. Below the spine, separated by a dotted line, a wide muted grey band labelled "Appendix" holding four faint unlabelled slide thumbnails, captioned "Everything that serves none of the four". Flat business illustration style, one accent colour for the blocks, generous white space, no photographs.</w:t>
      </w:r>
    </w:p>
    <w:p>
      <w:r>
        <w:t>[/callout]</w:t>
      </w:r>
    </w:p>
    <w:p>
      <w:r>
        <w:t>[accordion]</w:t>
      </w:r>
    </w:p>
    <w:p>
      <w:r>
        <w:t>Always give it a slide maximum :: Copilot fills whatever space you allow. Name a number and a time limit, or expect twice what anyone wants to sit through.</w:t>
      </w:r>
    </w:p>
    <w:p>
      <w:r>
        <w:t>It cannot judge what your audience knows :: It has no idea which acronyms land or what history is assumed. You have to tell it, every time.</w:t>
      </w:r>
    </w:p>
    <w:p>
      <w:r>
        <w:t>Build from a source, not thin air :: An outline drawn from a real report is grounded. One drawn from a one-line topic is filler dressed as structure.</w:t>
      </w:r>
    </w:p>
    <w:p>
      <w:r>
        <w:t>The design will be generic :: Safe layouts, obvious arrangements, whatever template it is in. Treat the output as a skeleton you dress.</w:t>
      </w:r>
    </w:p>
    <w:p>
      <w:r>
        <w:t>Speaker notes are the underrated part :: Skipping them is how a pointless slide survives. Drafting them exposes it.</w:t>
      </w:r>
    </w:p>
    <w:p>
      <w:r>
        <w:t>[/accordion]</w:t>
      </w:r>
    </w:p>
    <w:p>
      <w:r>
        <w:t>[section_break]</w:t>
      </w:r>
    </w:p>
    <w:p>
      <w:r>
        <w:t>2 :: Outline, tighten, then talk</w:t>
      </w:r>
    </w:p>
    <w:p>
      <w:r>
        <w:t>[/section_break]</w:t>
      </w:r>
    </w:p>
    <w:p>
      <w:r>
        <w:t xml:space="preserve">Start from something that already exists — a report, a brief, a set of notes. Give Copilot the source, the audience, the time limit and the arc, and ask for an </w:t>
      </w:r>
      <w:r>
        <w:rPr>
          <w:b/>
        </w:rPr>
        <w:t>outline</w:t>
      </w:r>
      <w:r>
        <w:t xml:space="preserve"> rather than a deck. An outline you can argue with in two minutes; a finished deck you have to unpick. Here is a complete prompt for turning a document into one.</w:t>
      </w:r>
    </w:p>
    <w:p>
      <w:r>
        <w:t>I am attaching the Q3 service review report. Turn it into an outline for a 12-minute presentation to our regional managers, who know the service well but have not seen this review. Structure it as an argument in four movements — the situation as it stands, the single insight the evidence supports, the recommendation that follows, and what I am asking this group to decide. No more than 10 slides. For each slide, write the headline as a full sentence stating the point, then three supporting bullets, then one line naming the section of the report it came from. No agenda slide and no thank-you slide.</w:t>
      </w:r>
    </w:p>
    <w:p>
      <w:r>
        <w:t>Tightening an existing deck works the same way, with one addition. Make Copilot state the argument back to you first. If it cannot summarise your deck in three sentences, your audience will not find the argument either.</w:t>
      </w:r>
    </w:p>
    <w:p>
      <w:r>
        <w:t>Here is a 34-slide deck I am presenting to the executive team on Tuesday, and I have 15 minutes. First, tell me in three sentences what argument this deck currently makes. Then sort every slide into three groups — slides that carry that argument, slides that repeat something already said, and background that belongs in an appendix. Then propose a running order of no more than 12 slides, with one line each explaining why it survived. Do not rewrite or delete anything yet. I want the plan first.</w:t>
      </w:r>
    </w:p>
    <w:p>
      <w:r>
        <w:t>Speaker notes are where audience tailoring actually happens. The same slides can serve three different rooms; what changes is what you say over them. Describe the audience concretely, because Copilot cannot infer any of it.</w:t>
      </w:r>
    </w:p>
    <w:p>
      <w:r>
        <w:t>Write speaker notes for each slide in this deck. The audience is our finance business partners. They are fluent in budget language and cost-per-unit measures, but they have not followed this project and do not know what our onboarding process involves. Keep each slide to around 60 words, written the way I would say it rather than the way I would write it. Include one sentence on why the slide matters to this audience, and end with the transition into the next slide. Flag any slide where the notes would need a figure I have not given you.</w:t>
      </w:r>
    </w:p>
    <w:p>
      <w:r>
        <w:t>[tabs]</w:t>
      </w:r>
    </w:p>
    <w:p>
      <w:r>
        <w:t>Executives :: Lead with the recommendation and the decision you need. Two sentences of situation. Expect questions about cost, risk and ownership, and keep detail in an appendix.</w:t>
      </w:r>
    </w:p>
    <w:p>
      <w:r>
        <w:t>Specialists :: They check your method before accepting your conclusion. Give the evidence room, name your source and its limits, and say what you are not claiming.</w:t>
      </w:r>
    </w:p>
    <w:p>
      <w:r>
        <w:t>The wider team :: Assume no background. Explain what changes for them, when, and what they do differently. Skip the methodology and keep to two numbers.</w:t>
      </w:r>
    </w:p>
    <w:p>
      <w:r>
        <w:t>[/tabs]</w:t>
      </w:r>
    </w:p>
    <w:p>
      <w:r>
        <w:t>[callout warning]</w:t>
      </w:r>
    </w:p>
    <w:p>
      <w:r>
        <w:t>SCREENSHOT TO CAPTURE — delete this block once the image is in.</w:t>
      </w:r>
    </w:p>
    <w:p>
      <w:r>
        <w:t>What to capture: a PowerPoint slide in normal view with the speaker notes pane open and expanded beneath the slide, showing Copilot-drafted notes of a few sentences, with the Copilot pane open at the side.</w:t>
      </w:r>
    </w:p>
    <w:p>
      <w:r>
        <w:t>Why it helps: learners see that notes live in a pane most people never open, and that they are drafted per slide rather than for the deck as a whole.</w:t>
      </w:r>
    </w:p>
    <w:p>
      <w:r>
        <w:t>[/callout]</w:t>
      </w:r>
    </w:p>
    <w:p>
      <w:r>
        <w:t>[process]</w:t>
      </w:r>
    </w:p>
    <w:p>
      <w:r>
        <w:t>Gather the source :: A report, brief or notes. Never a blank prompt.</w:t>
      </w:r>
    </w:p>
    <w:p>
      <w:r>
        <w:t>Name the arc and the limits :: Four movements, an audience, a time, a slide maximum.</w:t>
      </w:r>
    </w:p>
    <w:p>
      <w:r>
        <w:t>Argue with the outline :: Fix order and headlines before any slide is built.</w:t>
      </w:r>
    </w:p>
    <w:p>
      <w:r>
        <w:t>Cut before you polish :: Remove whatever serves none of the four movements.</w:t>
      </w:r>
    </w:p>
    <w:p>
      <w:r>
        <w:t>Draft the notes last :: Per slide, for a named audience, in your speaking voice.</w:t>
      </w:r>
    </w:p>
    <w:p>
      <w:r>
        <w:t>[/process]</w:t>
      </w:r>
    </w:p>
    <w:p>
      <w:r>
        <w:t>[callout tip]</w:t>
      </w:r>
    </w:p>
    <w:p>
      <w:r>
        <w:t>Try this today. Open the last deck you presented and read only the headlines, in order. If they do not read as an argument, paste them into Copilot and ask it to rewrite each as a full sentence stating the point. That change does more than any redesign.</w:t>
      </w:r>
    </w:p>
    <w:p>
      <w:r>
        <w:t>[/callout]</w:t>
      </w:r>
    </w:p>
    <w:p>
      <w:r>
        <w:t>[section_break]</w:t>
      </w:r>
    </w:p>
    <w:p>
      <w:r>
        <w:t>3 :: Check your understanding</w:t>
      </w:r>
    </w:p>
    <w:p>
      <w:r>
        <w:t>[/section_break]</w:t>
      </w:r>
    </w:p>
    <w:p>
      <w:r>
        <w:t>[matching]</w:t>
      </w:r>
    </w:p>
    <w:p>
      <w:r>
        <w:t>Match each term to its meaning</w:t>
      </w:r>
    </w:p>
    <w:p>
      <w:r>
        <w:t>Situation :: What is true now, briefly</w:t>
      </w:r>
    </w:p>
    <w:p>
      <w:r>
        <w:t>Insight :: What the evidence shows them</w:t>
      </w:r>
    </w:p>
    <w:p>
      <w:r>
        <w:t>Recommendation :: What should happen as a result</w:t>
      </w:r>
    </w:p>
    <w:p>
      <w:r>
        <w:t>Action :: What you want this room to do</w:t>
      </w:r>
    </w:p>
    <w:p>
      <w:r>
        <w:t>Headline :: A full sentence stating the point</w:t>
      </w:r>
    </w:p>
    <w:p>
      <w:r>
        <w:t>[/matching]</w:t>
      </w:r>
    </w:p>
    <w:p>
      <w:r>
        <w:t>[mcq]</w:t>
      </w:r>
    </w:p>
    <w:p>
      <w:r>
        <w:t>Question: You ask Copilot to build a presentation from a project report and it returns 22 tidy slides. What is the most useful next move?</w:t>
      </w:r>
    </w:p>
    <w:p>
      <w:r>
        <w:t>A: Present it as it stands, since the structure came from the report</w:t>
      </w:r>
    </w:p>
    <w:p>
      <w:r>
        <w:t>B: Spend the time improving the visual design of the slides</w:t>
      </w:r>
    </w:p>
    <w:p>
      <w:r>
        <w:t xml:space="preserve">*C: </w:t>
      </w:r>
      <w:r>
        <w:t>Ask it to state the argument in four movements and cut to a slide count that fits your time</w:t>
      </w:r>
    </w:p>
    <w:p>
      <w:r>
        <w:t>D: Ask it to generate more slides so nothing from the report is left out</w:t>
      </w:r>
    </w:p>
    <w:p>
      <w:r>
        <w:t>Explanation: A long, tidy deck is the failure mode, not the success. Copilot fills whatever space you allow and cannot judge what your audience already knows. Naming the arc and a hard slide count turns a pile into an argument, and polishing slides you are about to cut is wasted work.</w:t>
      </w:r>
    </w:p>
    <w:p>
      <w:r>
        <w:t>[/mcq]</w:t>
      </w:r>
    </w:p>
    <w:p>
      <w:r>
        <w:rPr>
          <w:b/>
        </w:rPr>
        <w:t>Use it this week.</w:t>
      </w:r>
      <w:r>
        <w:t xml:space="preserve"> Pick one presentation you have to give and build it the other way round — argument first, slides second.</w:t>
      </w:r>
    </w:p>
    <w:p>
      <w:pPr>
        <w:pStyle w:val="ListNumber"/>
      </w:pPr>
      <w:r>
        <w:t>Ask for a 10-slide outline from a real document, structured as the four movements.</w:t>
      </w:r>
    </w:p>
    <w:p>
      <w:pPr>
        <w:pStyle w:val="ListNumber"/>
      </w:pPr>
      <w:r>
        <w:t>Rewrite every headline as a full sentence that states the point.</w:t>
      </w:r>
    </w:p>
    <w:p>
      <w:pPr>
        <w:pStyle w:val="ListNumber"/>
      </w:pPr>
      <w:r>
        <w:t>Draft speaker notes for one named audience, read them aloud, and cut what you would never say.</w:t>
      </w:r>
    </w:p>
    <w:p>
      <w:r>
        <w:t>[confirmation]</w:t>
      </w:r>
    </w:p>
    <w:p>
      <w:r>
        <w:t>I confirm that I will treat a Copilot-generated deck as a skeleton rather than a finished presentation, that I will decide the argument and the slide count myself rather than accepting whatever length it produces, and that I will check every figure and claim against its source before I present it.</w:t>
      </w:r>
    </w:p>
    <w:p>
      <w:r>
        <w:t>[/confirmation]</w:t>
      </w:r>
    </w:p>
    <w:p>
      <w:pPr>
        <w:pStyle w:val="Heading1"/>
      </w:pPr>
      <w:r>
        <w:t>Module 8 — Brainstorming, Planning and Staying Organised</w:t>
      </w:r>
    </w:p>
    <w:p>
      <w:r>
        <w:t>[stock: whiteboard]</w:t>
      </w:r>
    </w:p>
    <w:p>
      <w:r>
        <w:t>Two things eat a week. One is a goal that never becomes a plan, so it sits in your head as a vague obligation. The other is the twenty minutes before every meeting spent working out why you are in it. Copilot is good at both — and just as good at producing a confident-looking plan full of dates it invented.</w:t>
      </w:r>
    </w:p>
    <w:p>
      <w:r>
        <w:t>[callout info]</w:t>
      </w:r>
    </w:p>
    <w:p>
      <w:r>
        <w:t>What you'll be able to do</w:t>
      </w:r>
    </w:p>
    <w:p>
      <w:r>
        <w:t>Brainstorm for better options rather than longer lists</w:t>
      </w:r>
    </w:p>
    <w:p>
      <w:r>
        <w:t>Turn a goal into a plan with phases, owners, risks and decisions</w:t>
      </w:r>
    </w:p>
    <w:p>
      <w:r>
        <w:t>Tell which parts of a Copilot plan are structure and which are guesswork</w:t>
      </w:r>
    </w:p>
    <w:p>
      <w:r>
        <w:t>Work out what actually needs your attention this week</w:t>
      </w:r>
    </w:p>
    <w:p>
      <w:r>
        <w:t>[/callout]</w:t>
      </w:r>
    </w:p>
    <w:p>
      <w:r>
        <w:t>[section_break]</w:t>
      </w:r>
    </w:p>
    <w:p>
      <w:r>
        <w:t>1 :: Thinking better, not just more</w:t>
      </w:r>
    </w:p>
    <w:p>
      <w:r>
        <w:t>[/section_break]</w:t>
      </w:r>
    </w:p>
    <w:p>
      <w:r>
        <w:t>Ask Copilot for ideas and you will get ideas — fifteen of them, plausible, evenly weighted, mostly the same idea wearing different hats. Volume is the one thing you did not need. You already had a list. What you were missing was a reason to prefer one item on it.</w:t>
      </w:r>
    </w:p>
    <w:p>
      <w:r>
        <w:t xml:space="preserve">So change what you ask for. Ask for </w:t>
      </w:r>
      <w:r>
        <w:rPr>
          <w:b/>
        </w:rPr>
        <w:t>options with trade-offs</w:t>
      </w:r>
      <w:r>
        <w:t xml:space="preserve"> — a few genuinely different approaches, each with what it would cost, what it would win, and what would have to be true for it to work. Four options you can compare beat twenty you have to sort. Tell it not to recommend one; the moment it picks a favourite it argues for it instead of showing you the landscape.</w:t>
      </w:r>
    </w:p>
    <w:p>
      <w:r>
        <w:t xml:space="preserve">The second move is the useful one. Once you have a preference, ask Copilot to </w:t>
      </w:r>
      <w:r>
        <w:rPr>
          <w:b/>
        </w:rPr>
        <w:t>argue against it</w:t>
      </w:r>
      <w:r>
        <w:t xml:space="preserve"> — the strongest case a sceptic would make. Your own thinking has a shape, and its gaps are invisible from inside. Sharpen that by naming a role: what a finance lead objects to is not what a team leader objects to. Then hunt for the gap rather than the answer.</w:t>
      </w:r>
    </w:p>
    <w:p>
      <w:r>
        <w:t>[callout info]</w:t>
      </w:r>
    </w:p>
    <w:p>
      <w:r>
        <w:t>DIAGRAM PROMPT — delete this block once the diagram is in.</w:t>
      </w:r>
    </w:p>
    <w:p>
      <w:r>
        <w:t>A two-panel comparison diagram titled "Two ways to brainstorm". The left panel, labelled "Asking for ideas", shows a grey box at the top labelled "Your question" with twelve small identical grey rectangles fanning out beneath it in a loose cloud, all the same size and weight, captioned underneath "More to sort, no reason to choose". The right panel, labelled "Asking for options", shows the same grey question box at the top, with four larger rounded rectangles beneath it in a row, each split into three labelled bands reading "For", "Against" and "Only works if". Beneath the four options, a single curved arrow loops back up to the question box, labelled "Now argue against my favourite". Use one accent colour for the right panel only, leaving the left panel entirely grey. Flat business illustration style, generous white space, no photographs, no people.</w:t>
      </w:r>
    </w:p>
    <w:p>
      <w:r>
        <w:t>[/callout]</w:t>
      </w:r>
    </w:p>
    <w:p>
      <w:r>
        <w:t>Here is a complete prompt for options rather than ideas.</w:t>
      </w:r>
    </w:p>
    <w:p>
      <w:r>
        <w:t>We take about six weeks to onboard a new supplier and I have been asked to halve it. Give me four genuinely different approaches, not four versions of the same one. For each, write two sentences on what it would involve, the strongest argument for it, the strongest argument against it, and which group here would resist it and why. Do not recommend one and do not rank them. Then list three things I have not told you that would change which option is best.</w:t>
      </w:r>
    </w:p>
    <w:p>
      <w:r>
        <w:t>And the follow-up that does the real work.</w:t>
      </w:r>
    </w:p>
    <w:p>
      <w:r>
        <w:t>I am leaning towards the second option. Argue against it as forcefully as you can. First the case a sceptical finance lead would make, focused on cost and on what happens if the saving never materialises. Then the case a team leader whose staff do the work would make. Then tell me what early sign would show this was the wrong decision. Do not reassure me at the end.</w:t>
      </w:r>
    </w:p>
    <w:p>
      <w:r>
        <w:t>[accordion]</w:t>
      </w:r>
    </w:p>
    <w:p>
      <w:r>
        <w:t>Ask for four, not forty :: A short list forces Copilot to differentiate. A long one lets it pad with near-duplicates and hands the sorting back to you.</w:t>
      </w:r>
    </w:p>
    <w:p>
      <w:r>
        <w:t>Name the objector, not just the objection :: "What would a compliance officer say" gets sharper pushback than "what are the risks", because it borrows a real point of view.</w:t>
      </w:r>
    </w:p>
    <w:p>
      <w:r>
        <w:t>It does not know your politics :: It cannot see who owns the budget, who tried this before, or what failed here two years ago. Tell it, or it will miss the real obstacle.</w:t>
      </w:r>
    </w:p>
    <w:p>
      <w:r>
        <w:t>Ideas are not evidence :: Anything that sounds like a fact — a benchmark, a typical saving, a market norm — needs checking before you repeat it.</w:t>
      </w:r>
    </w:p>
    <w:p>
      <w:r>
        <w:t>[/accordion]</w:t>
      </w:r>
    </w:p>
    <w:p>
      <w:r>
        <w:t>[section_break]</w:t>
      </w:r>
    </w:p>
    <w:p>
      <w:r>
        <w:t>2 :: From a goal to a plan, and through the week</w:t>
      </w:r>
    </w:p>
    <w:p>
      <w:r>
        <w:t>[/section_break]</w:t>
      </w:r>
    </w:p>
    <w:p>
      <w:r>
        <w:t xml:space="preserve">A goal becomes a plan when five things are written down: the </w:t>
      </w:r>
      <w:r>
        <w:rPr>
          <w:b/>
        </w:rPr>
        <w:t>outcome</w:t>
      </w:r>
      <w:r>
        <w:t xml:space="preserve"> in one sentence, the </w:t>
      </w:r>
      <w:r>
        <w:rPr>
          <w:b/>
        </w:rPr>
        <w:t>scope</w:t>
      </w:r>
      <w:r>
        <w:t xml:space="preserve"> including what is explicitly out of it, the </w:t>
      </w:r>
      <w:r>
        <w:rPr>
          <w:b/>
        </w:rPr>
        <w:t>deliverables</w:t>
      </w:r>
      <w:r>
        <w:t xml:space="preserve">, the </w:t>
      </w:r>
      <w:r>
        <w:rPr>
          <w:b/>
        </w:rPr>
        <w:t>stakeholders</w:t>
      </w:r>
      <w:r>
        <w:t xml:space="preserve"> and what each needs, and the </w:t>
      </w:r>
      <w:r>
        <w:rPr>
          <w:b/>
        </w:rPr>
        <w:t>success measures</w:t>
      </w:r>
      <w:r>
        <w:t>. Asking in that order stops you jumping to a task list for a job nobody has defined.</w:t>
      </w:r>
    </w:p>
    <w:p>
      <w:r>
        <w:t xml:space="preserve">Then the structure — </w:t>
      </w:r>
      <w:r>
        <w:rPr>
          <w:b/>
        </w:rPr>
        <w:t>phases</w:t>
      </w:r>
      <w:r>
        <w:t xml:space="preserve">, </w:t>
      </w:r>
      <w:r>
        <w:rPr>
          <w:b/>
        </w:rPr>
        <w:t>milestones</w:t>
      </w:r>
      <w:r>
        <w:t xml:space="preserve">, </w:t>
      </w:r>
      <w:r>
        <w:rPr>
          <w:b/>
        </w:rPr>
        <w:t>tasks</w:t>
      </w:r>
      <w:r>
        <w:t xml:space="preserve">, an owner for each — and the three things people skip: </w:t>
      </w:r>
      <w:r>
        <w:rPr>
          <w:b/>
        </w:rPr>
        <w:t>dependencies</w:t>
      </w:r>
      <w:r>
        <w:t xml:space="preserve">, </w:t>
      </w:r>
      <w:r>
        <w:rPr>
          <w:b/>
        </w:rPr>
        <w:t>risks</w:t>
      </w:r>
      <w:r>
        <w:t xml:space="preserve">, and the </w:t>
      </w:r>
      <w:r>
        <w:rPr>
          <w:b/>
        </w:rPr>
        <w:t>decisions</w:t>
      </w:r>
      <w:r>
        <w:t xml:space="preserve"> someone must make before work proceeds. A </w:t>
      </w:r>
      <w:r>
        <w:rPr>
          <w:b/>
        </w:rPr>
        <w:t>RAID log</w:t>
      </w:r>
      <w:r>
        <w:t xml:space="preserve"> is those in one table: risks, assumptions, issues and dependencies. Agendas and status updates are the same material rearranged for a different audience, so once the plan exists both take a minute.</w:t>
      </w:r>
    </w:p>
    <w:p>
      <w:r>
        <w:t xml:space="preserve">Now the honest part. Copilot will give you dates and effort estimates, and they will look like a plan. They are not. It has no idea how long a sign-off takes here, who is on leave in July, or that your finance team goes dark at year end. </w:t>
      </w:r>
      <w:r>
        <w:rPr>
          <w:b/>
        </w:rPr>
        <w:t>Treat the structure as useful and every number as a placeholder</w:t>
      </w:r>
      <w:r>
        <w:t xml:space="preserve"> — the sequence, the dependencies and the questions it raises are worth having; the dates are yours to set with the people doing the work.</w:t>
      </w:r>
    </w:p>
    <w:p>
      <w:r>
        <w:t>The same habit runs your week. Rather than asking what is in your calendar, ask what needs a decision from you, what needs real work time, and what can wait. Before a meeting, ask for the briefing you need — why it exists, what you owe this group, what they will push on — rather than the one you were sent. Anything that reads your own calendar, mail and files needs the Premium tier.</w:t>
      </w:r>
    </w:p>
    <w:p>
      <w:r>
        <w:t>[callout warning]</w:t>
      </w:r>
    </w:p>
    <w:p>
      <w:r>
        <w:t>Needs Microsoft 365 Copilot (Premium). This works by reading your own meetings, email and</w:t>
      </w:r>
    </w:p>
    <w:p>
      <w:r>
        <w:t>files, which the Basic tiers cannot access. On Copilot Chat you can still do this by</w:t>
      </w:r>
    </w:p>
    <w:p>
      <w:r>
        <w:t>pasting or uploading the content yourself.</w:t>
      </w:r>
    </w:p>
    <w:p>
      <w:r>
        <w:t>[/callout]</w:t>
      </w:r>
    </w:p>
    <w:p>
      <w:r>
        <w:t>Here is a planning prompt that asks for the definition before the schedule, and for honesty about its own numbers.</w:t>
      </w:r>
    </w:p>
    <w:p>
      <w:r>
        <w:t>I need to turn a goal into a plan. The goal is to move supplier onboarding from six weeks to three by the end of March. I have two people part-time, no budget for new systems, and procurement and legal both have to sign off. Start with the definition — the outcome in one sentence, what is in scope, what is explicitly out of scope, the deliverables, the stakeholders and what each needs, and three success measures with how each would be counted. Then break the work into phases, with milestones, tasks, a suggested owner role and an indicative duration for each. Then list the dependencies, the five biggest risks with a mitigation each, and the decisions to be made before work starts, naming who should make them. Mark every date and duration as a placeholder and list the assumptions behind them.</w:t>
      </w:r>
    </w:p>
    <w:p>
      <w:r>
        <w:t>And here is the one for a Monday morning.</w:t>
      </w:r>
    </w:p>
    <w:p>
      <w:r>
        <w:t>Look at my calendar this week and the emails I have flagged. Sort everything into four groups — needs a decision from me this week, needs a short reply, needs a block of real work time, and can wait or be dropped. One line per item on why it sits there and what happens if I leave it. Then name the two things I am most likely to run out of time for, and what I would move to protect them. Name the specific meeting or message each time.</w:t>
      </w:r>
    </w:p>
    <w:p>
      <w:r>
        <w:t>[tabs]</w:t>
      </w:r>
    </w:p>
    <w:p>
      <w:r>
        <w:t>What needs attention :: Sort by what it demands of you, not by date. Decisions, replies, deep work and things that can quietly drop are four different jobs.</w:t>
      </w:r>
    </w:p>
    <w:p>
      <w:r>
        <w:t>Before a meeting :: Ask why it exists, what happened last time, what you owe this group and what they will push on. Ask it to flag gaps rather than fill them.</w:t>
      </w:r>
    </w:p>
    <w:p>
      <w:r>
        <w:t>Status and agendas :: Give it the plan, name the audience, ask for one page. Say what to leave out as well as what goes in.</w:t>
      </w:r>
    </w:p>
    <w:p>
      <w:r>
        <w:t>[/tabs]</w:t>
      </w:r>
    </w:p>
    <w:p>
      <w:r>
        <w:t>[callout warning]</w:t>
      </w:r>
    </w:p>
    <w:p>
      <w:r>
        <w:t>SCREENSHOT TO CAPTURE — delete this block once the image is in.</w:t>
      </w:r>
    </w:p>
    <w:p>
      <w:r>
        <w:t>What to capture: a Copilot response containing a project plan laid out as a table with phase, milestone, suggested owner and indicative dates, with the dates clearly legible.</w:t>
      </w:r>
    </w:p>
    <w:p>
      <w:r>
        <w:t>Why it helps: learners see how convincing an invented schedule looks, which is the whole point of the placeholder warning.</w:t>
      </w:r>
    </w:p>
    <w:p>
      <w:r>
        <w:t>[/callout]</w:t>
      </w:r>
    </w:p>
    <w:p>
      <w:r>
        <w:t>[process]</w:t>
      </w:r>
    </w:p>
    <w:p>
      <w:r>
        <w:t>Define before you schedule :: Outcome, scope, deliverables, stakeholders, measures.</w:t>
      </w:r>
    </w:p>
    <w:p>
      <w:r>
        <w:t>Ask for structure, not certainty :: Phases, milestones, owners, dependencies, risks, decisions.</w:t>
      </w:r>
    </w:p>
    <w:p>
      <w:r>
        <w:t>Strike out the numbers :: Every date is a placeholder until a human confirms it.</w:t>
      </w:r>
    </w:p>
    <w:p>
      <w:r>
        <w:t>Argue with the plan :: Ask what it will fail on and who will object, then fix it.</w:t>
      </w:r>
    </w:p>
    <w:p>
      <w:r>
        <w:t>Re-sort it weekly :: What needs a decision, a reply, or real time.</w:t>
      </w:r>
    </w:p>
    <w:p>
      <w:r>
        <w:t>[/process]</w:t>
      </w:r>
    </w:p>
    <w:p>
      <w:r>
        <w:t>[callout tip]</w:t>
      </w:r>
    </w:p>
    <w:p>
      <w:r>
        <w:t>Try this today. Take the decision you are closest to making and ask Copilot for the strongest case against it, as a sceptical colleague in a named role would put it. Five minutes, and you will find something you had not answered.</w:t>
      </w:r>
    </w:p>
    <w:p>
      <w:r>
        <w:t>[/callout]</w:t>
      </w:r>
    </w:p>
    <w:p>
      <w:r>
        <w:t>[section_break]</w:t>
      </w:r>
    </w:p>
    <w:p>
      <w:r>
        <w:t>3 :: Check your understanding</w:t>
      </w:r>
    </w:p>
    <w:p>
      <w:r>
        <w:t>[/section_break]</w:t>
      </w:r>
    </w:p>
    <w:p>
      <w:r>
        <w:t>[matching]</w:t>
      </w:r>
    </w:p>
    <w:p>
      <w:r>
        <w:t>Match each term to its meaning</w:t>
      </w:r>
    </w:p>
    <w:p>
      <w:r>
        <w:t>Scope :: What is in, and explicitly out</w:t>
      </w:r>
    </w:p>
    <w:p>
      <w:r>
        <w:t>Milestone :: A checkpoint marking real progress</w:t>
      </w:r>
    </w:p>
    <w:p>
      <w:r>
        <w:t>Dependency :: Work blocked until something else finishes</w:t>
      </w:r>
    </w:p>
    <w:p>
      <w:r>
        <w:t>RAID log :: Risks, assumptions, issues and dependencies</w:t>
      </w:r>
    </w:p>
    <w:p>
      <w:r>
        <w:t>Success measure :: How you will know it worked</w:t>
      </w:r>
    </w:p>
    <w:p>
      <w:r>
        <w:t>[/matching]</w:t>
      </w:r>
    </w:p>
    <w:p>
      <w:r>
        <w:t>[mcq]</w:t>
      </w:r>
    </w:p>
    <w:p>
      <w:r>
        <w:t>Question: Copilot returns a project plan with phases, owners and a date for every milestone. What should you do with the dates?</w:t>
      </w:r>
    </w:p>
    <w:p>
      <w:r>
        <w:t>A: Accept them, since they reflect how similar projects usually run</w:t>
      </w:r>
    </w:p>
    <w:p>
      <w:r>
        <w:t>B: Accept the early ones and revise the later ones as you go</w:t>
      </w:r>
    </w:p>
    <w:p>
      <w:r>
        <w:t xml:space="preserve">*C: </w:t>
      </w:r>
      <w:r>
        <w:t>Treat them as placeholders and set real dates with the people doing the work</w:t>
      </w:r>
    </w:p>
    <w:p>
      <w:r>
        <w:t>D: Ask Copilot to recalculate them in more detail until they are reliable</w:t>
      </w:r>
    </w:p>
    <w:p>
      <w:r>
        <w:t>Explanation: Copilot knows nothing about how long things take here — your approval cycles, leave patterns or competing priorities. Its dates come from the general shape of plans, not from your work. The sequence and dependencies are useful; the numbers are guesses dressed as a schedule, and more detail only makes them look more convincing.</w:t>
      </w:r>
    </w:p>
    <w:p>
      <w:r>
        <w:t>[/mcq]</w:t>
      </w:r>
    </w:p>
    <w:p>
      <w:r>
        <w:rPr>
          <w:b/>
        </w:rPr>
        <w:t>Use it this week.</w:t>
      </w:r>
      <w:r>
        <w:t xml:space="preserve"> Pick one goal you have been carrying around unplanned, and one decision you have already half made.</w:t>
      </w:r>
    </w:p>
    <w:p>
      <w:pPr>
        <w:pStyle w:val="ListNumber"/>
      </w:pPr>
      <w:r>
        <w:t>Turn the goal into a plan using the definition-first prompt, then strike out every date.</w:t>
      </w:r>
    </w:p>
    <w:p>
      <w:pPr>
        <w:pStyle w:val="ListNumber"/>
      </w:pPr>
      <w:r>
        <w:t>Ask for the strongest case against your half-made decision, from two named roles.</w:t>
      </w:r>
    </w:p>
    <w:p>
      <w:pPr>
        <w:pStyle w:val="ListNumber"/>
      </w:pPr>
      <w:r>
        <w:t>On Monday, sort your week by what it demands of you rather than by what time it starts.</w:t>
      </w:r>
    </w:p>
    <w:p>
      <w:r>
        <w:t>[confirmation]</w:t>
      </w:r>
    </w:p>
    <w:p>
      <w:r>
        <w:t>I confirm that I will treat Copilot's suggested dates and effort estimates as placeholders to be replaced by real ones, that I will use it to test my thinking rather than only to generate more of it, and that I will check any figure it offers before putting it in front of anyone else.</w:t>
      </w:r>
    </w:p>
    <w:p>
      <w:r>
        <w:t>[/confirmation]</w:t>
      </w:r>
    </w:p>
    <w:p>
      <w:pPr>
        <w:pStyle w:val="Heading1"/>
      </w:pPr>
      <w:r>
        <w:t>Module 9 — Your Weekly Work Summary</w:t>
      </w:r>
    </w:p>
    <w:p>
      <w:r>
        <w:t>[stock: desk calendar]</w:t>
      </w:r>
    </w:p>
    <w:p>
      <w:r>
        <w:t>Friday afternoon, and you have to account for a week you can barely remember. Most people rebuild it from a hazy sense of what felt busy, which is why timesheets are late, vague and quietly wrong. But the week is already recorded — in your calendar, your sent items, your chats and the files you touched. This module turns that record into a timesheet and a management update, without letting Copilot fill the gaps with fiction.</w:t>
      </w:r>
    </w:p>
    <w:p>
      <w:r>
        <w:t>[callout info]</w:t>
      </w:r>
    </w:p>
    <w:p>
      <w:r>
        <w:t>What you'll be able to do</w:t>
      </w:r>
    </w:p>
    <w:p>
      <w:r>
        <w:t>Rebuild your week from evidence rather than memory</w:t>
      </w:r>
    </w:p>
    <w:p>
      <w:r>
        <w:t>Produce a categorised timesheet draft and a management update from the same material</w:t>
      </w:r>
    </w:p>
    <w:p>
      <w:r>
        <w:t>Separate what you finished from what you progressed, blocked or planned</w:t>
      </w:r>
    </w:p>
    <w:p>
      <w:r>
        <w:t>Stop Copilot inventing hours, and check every number before you submit</w:t>
      </w:r>
    </w:p>
    <w:p>
      <w:r>
        <w:t>[/callout]</w:t>
      </w:r>
    </w:p>
    <w:p>
      <w:r>
        <w:t>[section_break]</w:t>
      </w:r>
    </w:p>
    <w:p>
      <w:r>
        <w:t>1 :: Rebuild the week from evidence</w:t>
      </w:r>
    </w:p>
    <w:p>
      <w:r>
        <w:t>[/section_break]</w:t>
      </w:r>
    </w:p>
    <w:p>
      <w:r>
        <w:t xml:space="preserve">Start by telling Copilot where to look. Your week left five kinds of trace — </w:t>
      </w:r>
      <w:r>
        <w:rPr>
          <w:b/>
        </w:rPr>
        <w:t>calendar entries</w:t>
      </w:r>
      <w:r>
        <w:t xml:space="preserve"> with real start and end times, </w:t>
      </w:r>
      <w:r>
        <w:rPr>
          <w:b/>
        </w:rPr>
        <w:t>sent email</w:t>
      </w:r>
      <w:r>
        <w:t xml:space="preserve"> showing what you pushed forward and to whom, </w:t>
      </w:r>
      <w:r>
        <w:rPr>
          <w:b/>
        </w:rPr>
        <w:t>meeting recaps</w:t>
      </w:r>
      <w:r>
        <w:t xml:space="preserve">, </w:t>
      </w:r>
      <w:r>
        <w:rPr>
          <w:b/>
        </w:rPr>
        <w:t>chats</w:t>
      </w:r>
      <w:r>
        <w:t xml:space="preserve"> where the small decisions happened, and </w:t>
      </w:r>
      <w:r>
        <w:rPr>
          <w:b/>
        </w:rPr>
        <w:t>documents and task updates</w:t>
      </w:r>
      <w:r>
        <w:t xml:space="preserve"> you touched. Name the date range and name the sources. Anything you do not name, it will ignore or replace with a guess.</w:t>
      </w:r>
    </w:p>
    <w:p>
      <w:r>
        <w:t>[callout warning]</w:t>
      </w:r>
    </w:p>
    <w:p>
      <w:r>
        <w:t>Needs Microsoft 365 Copilot (Premium). This works by reading your own meetings, email and</w:t>
      </w:r>
    </w:p>
    <w:p>
      <w:r>
        <w:t>files, which the Basic tiers cannot access. On Copilot Chat you can still do this by</w:t>
      </w:r>
    </w:p>
    <w:p>
      <w:r>
        <w:t>pasting or uploading the content yourself.</w:t>
      </w:r>
    </w:p>
    <w:p>
      <w:r>
        <w:t>[/callout]</w:t>
      </w:r>
    </w:p>
    <w:p>
      <w:r>
        <w:t>On Copilot Chat that paste is more practical than it sounds. Copy your calendar export into a document, add your sent subject lines and a few notes, and upload it. You lose the automatic gathering, not the thinking — and you keep tight control over what the model sees.</w:t>
      </w:r>
    </w:p>
    <w:p>
      <w:r>
        <w:t xml:space="preserve">Then ask for </w:t>
      </w:r>
      <w:r>
        <w:rPr>
          <w:b/>
        </w:rPr>
        <w:t>grouping, not narrative</w:t>
      </w:r>
      <w:r>
        <w:t>. Five categories cover most roles — project work with each project named, business-as-usual and support, meetings, stakeholder engagement, and professional development. Grouped work is reviewable. A paragraph about your week is not, because you cannot see what it left out.</w:t>
      </w:r>
    </w:p>
    <w:p>
      <w:r>
        <w:t>[accordion]</w:t>
      </w:r>
    </w:p>
    <w:p>
      <w:r>
        <w:t>Name the sources explicitly :: "Use my calendar, sent email and the files I edited" beats "summarise my week", which lets Copilot choose for you.</w:t>
      </w:r>
    </w:p>
    <w:p>
      <w:r>
        <w:t>Ask for evidence beside each line :: A line you can trace to a meeting or file is one you can defend. One you cannot trace is one to delete.</w:t>
      </w:r>
    </w:p>
    <w:p>
      <w:r>
        <w:t>Recurring meetings mislead :: A standing hour that was cancelled or ran short still shows as an hour. Copilot reads the invitation, not the room.</w:t>
      </w:r>
    </w:p>
    <w:p>
      <w:r>
        <w:t>Deep work leaves no trace :: An afternoon of concentrated writing with no meeting and no message vanishes from the record. Add it yourself.</w:t>
      </w:r>
    </w:p>
    <w:p>
      <w:r>
        <w:t>Collect once, ask twice :: The timesheet and the management update are the same week shaped for two different readers.</w:t>
      </w:r>
    </w:p>
    <w:p>
      <w:r>
        <w:t>[/accordion]</w:t>
      </w:r>
    </w:p>
    <w:p>
      <w:r>
        <w:t>[section_break]</w:t>
      </w:r>
    </w:p>
    <w:p>
      <w:r>
        <w:t>2 :: Quantify carefully, then split by state</w:t>
      </w:r>
    </w:p>
    <w:p>
      <w:r>
        <w:t>[/section_break]</w:t>
      </w:r>
    </w:p>
    <w:p>
      <w:r>
        <w:t>Now the part that matters more than everything else here. Copilot is very good at producing hours that look right. Ask it for a week and it hands back a tidy table totalling 38, with plausible fractions against each project, because a complete answer is what it is built to give. It has no idea how long you actually spent. It is filling a shape.</w:t>
      </w:r>
    </w:p>
    <w:p>
      <w:r>
        <w:t>[callout warning]</w:t>
      </w:r>
    </w:p>
    <w:p>
      <w:r>
        <w:t>Never let Copilot invent hours. Instruct it to take time only from calendar events with a real start and end, to mark every unaccounted period as needing your input rather than estimating it, and never to spread leftover time across categories so the week adds up. Then check each number against your calendar yourself. A fabricated timesheet is a serious matter regardless of what produced it, and "Copilot generated it" is not a defence — your name is on the submission.</w:t>
      </w:r>
    </w:p>
    <w:p>
      <w:r>
        <w:t>[/callout]</w:t>
      </w:r>
    </w:p>
    <w:p>
      <w:r>
        <w:t xml:space="preserve">So </w:t>
      </w:r>
      <w:r>
        <w:rPr>
          <w:b/>
        </w:rPr>
        <w:t>quantify only where the source supports it</w:t>
      </w:r>
      <w:r>
        <w:t>. Hours come from scheduled events. Volumes come from counts you can verify — eleven tickets closed, four documents reviewed. Milestones come from something that visibly finished. Everything else stays unquantified, and a short honest total beats a full week of invention.</w:t>
      </w:r>
    </w:p>
    <w:p>
      <w:r>
        <w:t xml:space="preserve">The second discipline is </w:t>
      </w:r>
      <w:r>
        <w:rPr>
          <w:b/>
        </w:rPr>
        <w:t>state</w:t>
      </w:r>
      <w:r>
        <w:t xml:space="preserve">. Ask for four buckets and the update writes itself — </w:t>
      </w:r>
      <w:r>
        <w:rPr>
          <w:b/>
        </w:rPr>
        <w:t>completed</w:t>
      </w:r>
      <w:r>
        <w:t xml:space="preserve">, done and visible to someone else; </w:t>
      </w:r>
      <w:r>
        <w:rPr>
          <w:b/>
        </w:rPr>
        <w:t>progressed</w:t>
      </w:r>
      <w:r>
        <w:t xml:space="preserve">, real movement but not finished; </w:t>
      </w:r>
      <w:r>
        <w:rPr>
          <w:b/>
        </w:rPr>
        <w:t>blocked</w:t>
      </w:r>
      <w:r>
        <w:t xml:space="preserve">, waiting on a named person or decision; and </w:t>
      </w:r>
      <w:r>
        <w:rPr>
          <w:b/>
        </w:rPr>
        <w:t>planned</w:t>
      </w:r>
      <w:r>
        <w:t>, next week. Copilot drifts towards calling everything completed, because active language reads better. Tell it that anything it cannot confirm finished goes under progressed.</w:t>
      </w:r>
    </w:p>
    <w:p>
      <w:r>
        <w:t xml:space="preserve">Then review as an editor, not a reader. Add what only you know, cut the same meeting counted twice under two projects, and read once purely for </w:t>
      </w:r>
      <w:r>
        <w:rPr>
          <w:b/>
        </w:rPr>
        <w:t>confidential detail</w:t>
      </w:r>
      <w:r>
        <w:t xml:space="preserve"> — a client name, a salary figure, a personnel matter. Copilot cannot judge what your reader may not see. That check is yours.</w:t>
      </w:r>
    </w:p>
    <w:p>
      <w:r>
        <w:t>[tabs]</w:t>
      </w:r>
    </w:p>
    <w:p>
      <w:r>
        <w:t>Timesheet version :: Categorised lines with date, description and hours from scheduled time only, gaps flagged as unaccounted, and a stated total so the shortfall shows.</w:t>
      </w:r>
    </w:p>
    <w:p>
      <w:r>
        <w:t>Management update version :: Completed, progressed, blocked and planned, plus decisions needed from your manager. Outcomes and names, no hours, no adjectives.</w:t>
      </w:r>
    </w:p>
    <w:p>
      <w:r>
        <w:t>On Copilot Chat :: Paste your calendar export, sent subject lines and notes into one document, upload it, and run the same two prompts against that.</w:t>
      </w:r>
    </w:p>
    <w:p>
      <w:r>
        <w:t>[/tabs]</w:t>
      </w:r>
    </w:p>
    <w:p>
      <w:r>
        <w:t>Here is the timesheet prompt, written to refuse gaps rather than fill them.</w:t>
      </w:r>
    </w:p>
    <w:p>
      <w:r>
        <w:t>Using my calendar, sent email, chats and the documents I edited between Monday 3 and Friday 7 March, build a draft weekly timesheet. Group the entries into project work with each project named, business-as-usual and support, meetings, stakeholder engagement, and professional development. For each line give the date, a one-line description, the hours, and the meeting, message or file it came from. Take hours only from calendar events with a real start and end time. Do not estimate, do not round up, and do not spread unaccounted time across categories to make the week add up. Show any period with no evidence as unaccounted and needing my input, with the times it covers. At the end, total the hours you found, state how far short of 38 that falls, and list the three entries you were least confident about and why.</w:t>
      </w:r>
    </w:p>
    <w:p>
      <w:r>
        <w:t>And here is the management update, built from the same week.</w:t>
      </w:r>
    </w:p>
    <w:p>
      <w:r>
        <w:t>Using my calendar, sent email, meeting recaps and the documents I worked on between Monday 3 and Friday 7 March, draft a weekly update for my manager. Use four headings — completed this week, progressed but not finished, blocked or at risk, and planned for next week — then a final section listing the decisions you need from her, each with the option I would recommend and the date it is needed by. Maximum six bullets per heading, one line each, plain language, no adjectives. Name the project, person or document in every bullet. For anything blocked, say what it is waiting on and who owns it. If you cannot tell whether something finished, put it under progressed. Do not include hours. At the end, list anything you found that looks confidential so I can decide whether it belongs here.</w:t>
      </w:r>
    </w:p>
    <w:p>
      <w:r>
        <w:t>[callout warning]</w:t>
      </w:r>
    </w:p>
    <w:p>
      <w:r>
        <w:t>SCREENSHOT TO CAPTURE — delete this block once the image is in.</w:t>
      </w:r>
    </w:p>
    <w:p>
      <w:r>
        <w:t>What to capture: a Copilot response showing a weekly timesheet table with categories and hours totalling exactly 38.0, with the neat fractional hours clearly legible.</w:t>
      </w:r>
    </w:p>
    <w:p>
      <w:r>
        <w:t>Why it helps: learners see how convincing an invented allocation looks before they are told not to trust one.</w:t>
      </w:r>
    </w:p>
    <w:p>
      <w:r>
        <w:t>[/callout]</w:t>
      </w:r>
    </w:p>
    <w:p>
      <w:r>
        <w:t>[process]</w:t>
      </w:r>
    </w:p>
    <w:p>
      <w:r>
        <w:t>Collect :: Name the date range and the sources to read.</w:t>
      </w:r>
    </w:p>
    <w:p>
      <w:r>
        <w:t>Summarise :: Group by project, support, meetings, stakeholders, development.</w:t>
      </w:r>
    </w:p>
    <w:p>
      <w:r>
        <w:t>Quantify :: Hours from scheduled time only, gaps flagged not filled.</w:t>
      </w:r>
    </w:p>
    <w:p>
      <w:r>
        <w:t>Separate :: Completed, progressed, blocked, planned.</w:t>
      </w:r>
    </w:p>
    <w:p>
      <w:r>
        <w:t>Review :: Add what is missing, cut duplicates, check for confidential detail.</w:t>
      </w:r>
    </w:p>
    <w:p>
      <w:r>
        <w:t>[/process]</w:t>
      </w:r>
    </w:p>
    <w:p>
      <w:r>
        <w:t>[callout tip]</w:t>
      </w:r>
    </w:p>
    <w:p>
      <w:r>
        <w:t>Try this today. Run the timesheet prompt on last week, then open your calendar beside it and check every hour against a real entry. Whatever does not match is the exact thing this module is about.</w:t>
      </w:r>
    </w:p>
    <w:p>
      <w:r>
        <w:t>[/callout]</w:t>
      </w:r>
    </w:p>
    <w:p>
      <w:r>
        <w:t>[section_break]</w:t>
      </w:r>
    </w:p>
    <w:p>
      <w:r>
        <w:t>3 :: Check your understanding</w:t>
      </w:r>
    </w:p>
    <w:p>
      <w:r>
        <w:t>[/section_break]</w:t>
      </w:r>
    </w:p>
    <w:p>
      <w:r>
        <w:t>[matching]</w:t>
      </w:r>
    </w:p>
    <w:p>
      <w:r>
        <w:t>Match each term to its meaning</w:t>
      </w:r>
    </w:p>
    <w:p>
      <w:r>
        <w:t>Evidence :: The calendar entry or file behind a line</w:t>
      </w:r>
    </w:p>
    <w:p>
      <w:r>
        <w:t>Unaccounted time :: A gap flagged rather than quietly filled</w:t>
      </w:r>
    </w:p>
    <w:p>
      <w:r>
        <w:t>Progressed :: Real movement, not yet finished</w:t>
      </w:r>
    </w:p>
    <w:p>
      <w:r>
        <w:t>Blocked :: Waiting on a named person or decision</w:t>
      </w:r>
    </w:p>
    <w:p>
      <w:r>
        <w:t>Decision needed :: A choice only your manager can make</w:t>
      </w:r>
    </w:p>
    <w:p>
      <w:r>
        <w:t>[/matching]</w:t>
      </w:r>
    </w:p>
    <w:p>
      <w:r>
        <w:t>[mcq]</w:t>
      </w:r>
    </w:p>
    <w:p>
      <w:r>
        <w:t>Question: You ask Copilot to draft your timesheet and it returns a categorised table totalling exactly 38 hours. What does that tell you?</w:t>
      </w:r>
    </w:p>
    <w:p>
      <w:r>
        <w:t>A: It found evidence for the full week, so the allocation can be submitted</w:t>
      </w:r>
    </w:p>
    <w:p>
      <w:r>
        <w:t>B: The categories are right even if individual hours are slightly off</w:t>
      </w:r>
    </w:p>
    <w:p>
      <w:r>
        <w:t xml:space="preserve">*C: </w:t>
      </w:r>
      <w:r>
        <w:t>It has probably filled gaps to reach a full week, so every hour needs checking against your calendar</w:t>
      </w:r>
    </w:p>
    <w:p>
      <w:r>
        <w:t>D: The total is reliable but the descriptions should be rewritten in your own words</w:t>
      </w:r>
    </w:p>
    <w:p>
      <w:r>
        <w:t>Explanation: A neat full-week total is a warning sign, not a reassurance. Real weeks contain cancelled meetings and work that leaves no trace, so an evidence-based draft almost always falls short of 38 hours. A table landing exactly on the number has been completed rather than reconstructed, and submitting it puts your name on figures nobody verified.</w:t>
      </w:r>
    </w:p>
    <w:p>
      <w:r>
        <w:t>[/mcq]</w:t>
      </w:r>
    </w:p>
    <w:p>
      <w:r>
        <w:rPr>
          <w:b/>
        </w:rPr>
        <w:t>Use it this week.</w:t>
      </w:r>
      <w:r>
        <w:t xml:space="preserve"> Do this on Friday afternoon, before the week fades, and give it fifteen minutes rather than five.</w:t>
      </w:r>
    </w:p>
    <w:p>
      <w:pPr>
        <w:pStyle w:val="ListNumber"/>
      </w:pPr>
      <w:r>
        <w:t>Run the timesheet prompt on this week and check every hour against your calendar.</w:t>
      </w:r>
    </w:p>
    <w:p>
      <w:pPr>
        <w:pStyle w:val="ListNumber"/>
      </w:pPr>
      <w:r>
        <w:t>Run the management update prompt on the same material and add the two things only you know.</w:t>
      </w:r>
    </w:p>
    <w:p>
      <w:pPr>
        <w:pStyle w:val="ListNumber"/>
      </w:pPr>
      <w:r>
        <w:t>Read the update once more purely for confidential detail before you send it.</w:t>
      </w:r>
    </w:p>
    <w:p>
      <w:r>
        <w:t>[confirmation]</w:t>
      </w:r>
    </w:p>
    <w:p>
      <w:r>
        <w:t>I confirm that I will never submit hours Copilot generated without checking each one against my own calendar, that I will have it mark unaccounted time for my input rather than estimating or filling it, and that I will review every summary for confidential detail before it goes to anyone else.</w:t>
      </w:r>
    </w:p>
    <w:p>
      <w:r>
        <w:t>[/confirmation]</w:t>
      </w:r>
    </w:p>
    <w:p>
      <w:pPr>
        <w:pStyle w:val="Heading1"/>
      </w:pPr>
      <w:r>
        <w:t>Module 10 — Check Before You Trust, Send or Act</w:t>
      </w:r>
    </w:p>
    <w:p>
      <w:r>
        <w:t>[stock: desk laptop]</w:t>
      </w:r>
    </w:p>
    <w:p>
      <w:r>
        <w:t>The output looks finished. It is well written, correctly formatted, confident in tone, and it took eleven seconds. That polish is exactly what makes the next thirty seconds worth spending, because fluent writing and accurate writing look identical on screen. This module gives you a short, repeatable check to run before anything Copilot drafted leaves your hands — not because Copilot is dangerous, but because your name goes on it.</w:t>
      </w:r>
    </w:p>
    <w:p>
      <w:r>
        <w:t>[callout info]</w:t>
      </w:r>
    </w:p>
    <w:p>
      <w:r>
        <w:t>What you'll be able to do</w:t>
      </w:r>
    </w:p>
    <w:p>
      <w:r>
        <w:t>Run a five-point check on any Copilot output in under a minute</w:t>
      </w:r>
    </w:p>
    <w:p>
      <w:r>
        <w:t>Recognise the four specific ways Copilot goes wrong, rather than worrying vaguely</w:t>
      </w:r>
    </w:p>
    <w:p>
      <w:r>
        <w:t>Spot the workplace risks that matter most — invented commitments, flattened summaries, wrong-looking-right numbers</w:t>
      </w:r>
    </w:p>
    <w:p>
      <w:r>
        <w:t>Correct a wrong answer in the follow-up instead of abandoning it or accepting it</w:t>
      </w:r>
    </w:p>
    <w:p>
      <w:r>
        <w:t>[/callout]</w:t>
      </w:r>
    </w:p>
    <w:p>
      <w:r>
        <w:t>[section_break]</w:t>
      </w:r>
    </w:p>
    <w:p>
      <w:r>
        <w:t>1 :: Five checks, one minute</w:t>
      </w:r>
    </w:p>
    <w:p>
      <w:r>
        <w:t>[/section_break]</w:t>
      </w:r>
    </w:p>
    <w:p>
      <w:r>
        <w:t xml:space="preserve">Each of these catches something the others miss, which is why five short checks beat one long read-through. Learn them as </w:t>
      </w:r>
      <w:r>
        <w:rPr>
          <w:b/>
        </w:rPr>
        <w:t>CHECK</w:t>
      </w:r>
      <w:r>
        <w:t xml:space="preserve"> and you will stop needing the list.</w:t>
      </w:r>
    </w:p>
    <w:p>
      <w:r>
        <w:rPr>
          <w:b/>
        </w:rPr>
        <w:t>Correct.</w:t>
      </w:r>
      <w:r>
        <w:t xml:space="preserve"> Facts, names, dates, numbers, job titles, spelling of people's names. This is the check most people think is the only one. Read the specifics, not the prose — your eye slides over a smooth sentence and lands on nothing.</w:t>
      </w:r>
    </w:p>
    <w:p>
      <w:r>
        <w:rPr>
          <w:b/>
        </w:rPr>
        <w:t>Human judgement.</w:t>
      </w:r>
      <w:r>
        <w:t xml:space="preserve"> Is the tone right for this reader on this day? Is the timing right? Is there a political dimension Copilot cannot see? And underneath all of them, should this be sent at all? Copilot answers the question you asked. It has no view on whether asking was wise.</w:t>
      </w:r>
    </w:p>
    <w:p>
      <w:r>
        <w:rPr>
          <w:b/>
        </w:rPr>
        <w:t>Evidence.</w:t>
      </w:r>
      <w:r>
        <w:t xml:space="preserve"> Can you trace each claim to something real — a document, a message, a figure you could point at? Where Copilot works from your own files it can cite what it drew on, and following one or two of those references is the fastest check there is. Anything you cannot trace is either your own knowledge or nobody's.</w:t>
      </w:r>
    </w:p>
    <w:p>
      <w:r>
        <w:rPr>
          <w:b/>
        </w:rPr>
        <w:t>Confidential.</w:t>
      </w:r>
      <w:r>
        <w:t xml:space="preserve"> Should this leave your team, your organisation, this reader? Copilot has no sense of audience boundaries. It will happily carry a salary figure, a client name or an internal argument from a document you were reading into a draft going somewhere else entirely.</w:t>
      </w:r>
    </w:p>
    <w:p>
      <w:r>
        <w:rPr>
          <w:b/>
        </w:rPr>
        <w:t>Keep ownership.</w:t>
      </w:r>
      <w:r>
        <w:t xml:space="preserve"> You are accountable for what you send, regardless of what drafted it. "Copilot wrote it" is not a defence anyone has ever accepted, and it is not one you would want to offer.</w:t>
      </w:r>
    </w:p>
    <w:p>
      <w:r>
        <w:t>[callout warning]</w:t>
      </w:r>
    </w:p>
    <w:p>
      <w:r>
        <w:t>Needs Microsoft 365 Copilot (Premium). Citing your own meetings, email and files is what makes the evidence check quick, and the Basic tiers cannot reach that data. On Copilot Chat you can still do this by pasting or uploading the content yourself — and because you chose what went in, you already know the source of everything that comes out.</w:t>
      </w:r>
    </w:p>
    <w:p>
      <w:r>
        <w:t>[/callout]</w:t>
      </w:r>
    </w:p>
    <w:p>
      <w:r>
        <w:t>[accordion]</w:t>
      </w:r>
    </w:p>
    <w:p>
      <w:r>
        <w:t>The error will not look like an error :: A wrong date is formatted exactly like a right one. Nothing on screen changes when the content is false, so you have to look deliberately.</w:t>
      </w:r>
    </w:p>
    <w:p>
      <w:r>
        <w:t>Checking is faster than writing :: A minute of verification against twenty minutes of drafting is still a large saving. The habit is cheap; skipping it is what costs.</w:t>
      </w:r>
    </w:p>
    <w:p>
      <w:r>
        <w:t>Longer outputs need more checking, not less :: A long draft feels authoritative and is tiring to read closely, which is precisely where things slip through.</w:t>
      </w:r>
    </w:p>
    <w:p>
      <w:r>
        <w:t>Familiar ground is not safe ground :: On your own subject you skim, and a plausible wrong detail reads as something you already knew.</w:t>
      </w:r>
    </w:p>
    <w:p>
      <w:r>
        <w:t>[/accordion]</w:t>
      </w:r>
    </w:p>
    <w:p>
      <w:r>
        <w:t>[section_break]</w:t>
      </w:r>
    </w:p>
    <w:p>
      <w:r>
        <w:t>2 :: How it goes wrong, and what to do</w:t>
      </w:r>
    </w:p>
    <w:p>
      <w:r>
        <w:t>[/section_break]</w:t>
      </w:r>
    </w:p>
    <w:p>
      <w:r>
        <w:t>Copilot does not fail randomly. It fails in four recognisable patterns, and once you know them you are looking for specific things rather than reading anxiously.</w:t>
      </w:r>
    </w:p>
    <w:p>
      <w:r>
        <w:t xml:space="preserve">It </w:t>
      </w:r>
      <w:r>
        <w:rPr>
          <w:b/>
        </w:rPr>
        <w:t>fills gaps with plausible material</w:t>
      </w:r>
      <w:r>
        <w:t>. Asked for something complete, it produces something complete. Where the source is silent, it supplies what would reasonably go there — a date, a name, a next step, a commitment.</w:t>
      </w:r>
    </w:p>
    <w:p>
      <w:r>
        <w:t xml:space="preserve">It </w:t>
      </w:r>
      <w:r>
        <w:rPr>
          <w:b/>
        </w:rPr>
        <w:t>flattens nuance in summaries</w:t>
      </w:r>
      <w:r>
        <w:t>. Summarising is compression, and compression favours the majority view. The one person who disagreed becomes a subordinate clause, or disappears. In a meeting where the dissent was the important part, this is the whole story lost.</w:t>
      </w:r>
    </w:p>
    <w:p>
      <w:r>
        <w:t xml:space="preserve">It </w:t>
      </w:r>
      <w:r>
        <w:rPr>
          <w:b/>
        </w:rPr>
        <w:t>states uncertain things in confident language</w:t>
      </w:r>
      <w:r>
        <w:t>. There is no hedge in the writing style to signal a shaky claim, so certainty and guesswork arrive in the same voice.</w:t>
      </w:r>
    </w:p>
    <w:p>
      <w:r>
        <w:t xml:space="preserve">It </w:t>
      </w:r>
      <w:r>
        <w:rPr>
          <w:b/>
        </w:rPr>
        <w:t>confirms the premise of your question</w:t>
      </w:r>
      <w:r>
        <w:t>. Ask why a project ran over budget and you will get three reasons, whether or not it did. Your assumption goes in and comes back dressed as a finding.</w:t>
      </w:r>
    </w:p>
    <w:p>
      <w:r>
        <w:t>In an ordinary week, those patterns show up as four concrete risks. A draft email containing a delivery date you never agreed to. A meeting summary in which the only objection has vanished. A figure that looks like the right sort of number and is not. And a confidential detail carried from one document into another.</w:t>
      </w:r>
    </w:p>
    <w:p>
      <w:r>
        <w:t>[flipcards]</w:t>
      </w:r>
    </w:p>
    <w:p>
      <w:r>
        <w:t>Fills gaps :: A commitment, date or next step you never made, written as though you did</w:t>
      </w:r>
    </w:p>
    <w:p>
      <w:r>
        <w:t>Flattens nuance :: The single dissenting voice reduced to a clause, or dropped entirely</w:t>
      </w:r>
    </w:p>
    <w:p>
      <w:r>
        <w:t>Sounds certain :: A guess and a verified fact written in exactly the same confident voice</w:t>
      </w:r>
    </w:p>
    <w:p>
      <w:r>
        <w:t>Confirms your premise :: Your assumption returned to you as a finding, with reasons attached</w:t>
      </w:r>
    </w:p>
    <w:p>
      <w:r>
        <w:t>Carries detail across :: A name, salary or internal argument travelling from one document into another</w:t>
      </w:r>
    </w:p>
    <w:p>
      <w:r>
        <w:t>Repeats an error :: Not stupidity — a sign the source material it needs is not there</w:t>
      </w:r>
    </w:p>
    <w:p>
      <w:r>
        <w:t>[/flipcards]</w:t>
      </w:r>
    </w:p>
    <w:p>
      <w:r>
        <w:t>When it is wrong, correct it in the follow-up. Most people quietly fix the output themselves or start again from scratch. Both throw away context. Tell Copilot what was wrong, specifically, and ask it to rewrite — and ask what else depended on the thing you corrected, because errors travel.</w:t>
      </w:r>
    </w:p>
    <w:p>
      <w:r>
        <w:t>If it stays wrong after two or three corrections, stop pushing. Repeated wrongness almost always means the material it needs is not available to it — the file is somewhere it cannot see, the decision lives in a chat it was not given, the number exists only in your head. That is a sourcing problem, not a reasoning problem. Give it the missing input, or accept that this part is yours to write.</w:t>
      </w:r>
    </w:p>
    <w:p>
      <w:r>
        <w:t>Here is a request written so the checks are easier to run.</w:t>
      </w:r>
    </w:p>
    <w:p>
      <w:r>
        <w:t>Draft a reply to the attached client email about the delivery delay. Before the draft, list every fact you have used and where each one came from. Do not commit me to any date, cost or change in scope that is not already stated in that email or the attached project plan — where a commitment seems to be needed, leave a marked gap for me to fill rather than supplying one. After the draft, list anything you were unsure about, and flag anything in it that a client should not see.</w:t>
      </w:r>
    </w:p>
    <w:p>
      <w:r>
        <w:t>And here is the follow-up when something is wrong, which is the move worth practising.</w:t>
      </w:r>
    </w:p>
    <w:p>
      <w:r>
        <w:t>Two things are wrong. The go-live date is 14 April, not 4 April, and we have not agreed to cover the additional licence cost, so remove that sentence entirely. Rewrite the reply with those corrections and leave the rest as it is. Then tell me which other lines depended on the date I have just corrected.</w:t>
      </w:r>
    </w:p>
    <w:p>
      <w:r>
        <w:t>[callout info]</w:t>
      </w:r>
    </w:p>
    <w:p>
      <w:r>
        <w:t>DIAGRAM PROMPT — delete this block once the diagram is in.</w:t>
      </w:r>
    </w:p>
    <w:p>
      <w:r>
        <w:t>A clean horizontal flow diagram titled "Check before you trust, send or act". On the left, a document icon labelled "Copilot draft". It passes through five vertical gates in a row, each a rounded rectangle with a letter and label: C — Correct, H — Human judgement, E — Evidence, C — Confidential, K — Keep ownership. Beneath each gate, in smaller text, the failure it catches: "wrong date, name or figure"; "wrong tone, timing, or should not be sent"; "a claim with no traceable source"; "detail that should not travel"; "nobody else is accountable". On the right, an envelope icon labelled "Sent — and yours". Flat, calm, professional style; one accent colour for the gates, neutral grey for everything else; no warning symbols or alarm imagery.</w:t>
      </w:r>
    </w:p>
    <w:p>
      <w:r>
        <w:t>[/callout]</w:t>
      </w:r>
    </w:p>
    <w:p>
      <w:r>
        <w:t>[process]</w:t>
      </w:r>
    </w:p>
    <w:p>
      <w:r>
        <w:t>Correct :: Read the specifics — names, dates, numbers, titles.</w:t>
      </w:r>
    </w:p>
    <w:p>
      <w:r>
        <w:t>Human judgement :: Check tone, timing, and whether to send at all.</w:t>
      </w:r>
    </w:p>
    <w:p>
      <w:r>
        <w:t>Evidence :: Trace each claim to a source you could point at.</w:t>
      </w:r>
    </w:p>
    <w:p>
      <w:r>
        <w:t>Confidential :: Ask whether anything here should not travel.</w:t>
      </w:r>
    </w:p>
    <w:p>
      <w:r>
        <w:t>Keep ownership :: Send it as your work, because it is.</w:t>
      </w:r>
    </w:p>
    <w:p>
      <w:r>
        <w:t>[/process]</w:t>
      </w:r>
    </w:p>
    <w:p>
      <w:r>
        <w:t>[callout warning]</w:t>
      </w:r>
    </w:p>
    <w:p>
      <w:r>
        <w:t>SCREENSHOT TO CAPTURE — delete this block once the image is in.</w:t>
      </w:r>
    </w:p>
    <w:p>
      <w:r>
        <w:t>What to capture: a Copilot response summarising a document or meeting, with the references or citations shown beneath the answer, and one of them expanded to reveal the source it came from.</w:t>
      </w:r>
    </w:p>
    <w:p>
      <w:r>
        <w:t>Why it helps: learners see exactly where to look to run the evidence check, rather than being told to check sources in the abstract.</w:t>
      </w:r>
    </w:p>
    <w:p>
      <w:r>
        <w:t>[/callout]</w:t>
      </w:r>
    </w:p>
    <w:p>
      <w:r>
        <w:t>[callout tip]</w:t>
      </w:r>
    </w:p>
    <w:p>
      <w:r>
        <w:t>Try this today. Take the next thing Copilot drafts for you and run only the evidence check — pick two claims and trace each one back. It takes under a minute, and it will tell you more about how much checking you personally need than any amount of reading about it.</w:t>
      </w:r>
    </w:p>
    <w:p>
      <w:r>
        <w:t>[/callout]</w:t>
      </w:r>
    </w:p>
    <w:p>
      <w:r>
        <w:t>[section_break]</w:t>
      </w:r>
    </w:p>
    <w:p>
      <w:r>
        <w:t>3 :: Check your understanding</w:t>
      </w:r>
    </w:p>
    <w:p>
      <w:r>
        <w:t>[/section_break]</w:t>
      </w:r>
    </w:p>
    <w:p>
      <w:r>
        <w:t>[matching]</w:t>
      </w:r>
    </w:p>
    <w:p>
      <w:r>
        <w:t>Match each term to its meaning</w:t>
      </w:r>
    </w:p>
    <w:p>
      <w:r>
        <w:t>Correct :: Facts, names, dates and numbers</w:t>
      </w:r>
    </w:p>
    <w:p>
      <w:r>
        <w:t>Human judgement :: Tone, timing, whether to send</w:t>
      </w:r>
    </w:p>
    <w:p>
      <w:r>
        <w:t>Evidence :: Each claim traced to a source</w:t>
      </w:r>
    </w:p>
    <w:p>
      <w:r>
        <w:t>Confidential :: Detail that should not travel</w:t>
      </w:r>
    </w:p>
    <w:p>
      <w:r>
        <w:t>Keep ownership :: Your name on the outcome</w:t>
      </w:r>
    </w:p>
    <w:p>
      <w:r>
        <w:t>Flattening :: A summary losing the dissenting voice</w:t>
      </w:r>
    </w:p>
    <w:p>
      <w:r>
        <w:t>[/matching]</w:t>
      </w:r>
    </w:p>
    <w:p>
      <w:r>
        <w:t>[mcq]</w:t>
      </w:r>
    </w:p>
    <w:p>
      <w:r>
        <w:t>Question: You ask Copilot why the Northbridge project ran over budget, and it gives you three well-argued reasons. What should you check first?</w:t>
      </w:r>
    </w:p>
    <w:p>
      <w:r>
        <w:t>A: Whether the three reasons are listed in order of importance</w:t>
      </w:r>
    </w:p>
    <w:p>
      <w:r>
        <w:t>B: Whether the wording is suitable to forward to your manager</w:t>
      </w:r>
    </w:p>
    <w:p>
      <w:r>
        <w:t xml:space="preserve">*C: </w:t>
      </w:r>
      <w:r>
        <w:t>Whether the project actually ran over budget, since your question assumed it did</w:t>
      </w:r>
    </w:p>
    <w:p>
      <w:r>
        <w:t>D: Whether it used the most recent version of the budget spreadsheet</w:t>
      </w:r>
    </w:p>
    <w:p>
      <w:r>
        <w:t>Explanation: Copilot confirms the premise your question contained. Asked why something happened, it explains why — whether or not it happened. The reasons may be entirely reasonable and still describe an event that did not occur, so the first check is the assumption you built into the question, before anything in the answer.</w:t>
      </w:r>
    </w:p>
    <w:p>
      <w:r>
        <w:t>[/mcq]</w:t>
      </w:r>
    </w:p>
    <w:p>
      <w:r>
        <w:rPr>
          <w:b/>
        </w:rPr>
        <w:t>Use it this week.</w:t>
      </w:r>
      <w:r>
        <w:t xml:space="preserve"> Pick one habit rather than five. The check that catches most workplace trouble is evidence, so start there and let the others follow.</w:t>
      </w:r>
    </w:p>
    <w:p>
      <w:pPr>
        <w:pStyle w:val="ListNumber"/>
      </w:pPr>
      <w:r>
        <w:t>Run the full five-point check on one Copilot output every day this week.</w:t>
      </w:r>
    </w:p>
    <w:p>
      <w:pPr>
        <w:pStyle w:val="ListNumber"/>
      </w:pPr>
      <w:r>
        <w:t>The next time Copilot gets something wrong, correct it in the follow-up instead of fixing it silently or starting over.</w:t>
      </w:r>
    </w:p>
    <w:p>
      <w:pPr>
        <w:pStyle w:val="ListNumber"/>
      </w:pPr>
      <w:r>
        <w:t>Read one meeting or thread summary specifically to find the view that was flattened out of it.</w:t>
      </w:r>
    </w:p>
    <w:p>
      <w:r>
        <w:t>[confirmation]</w:t>
      </w:r>
    </w:p>
    <w:p>
      <w:r>
        <w:t>I confirm that I am accountable for anything I send or act on regardless of what drafted it, that I will check facts, judgement, evidence and confidentiality before an output leaves my hands, and that when Copilot is repeatedly wrong I will treat it as missing source material rather than accepting the answer.</w:t>
      </w:r>
    </w:p>
    <w:p>
      <w:r>
        <w:t>[/confirmation]</w:t>
      </w:r>
    </w:p>
    <w:p>
      <w:pPr>
        <w:pStyle w:val="Heading1"/>
      </w:pPr>
      <w:r>
        <w:t>Module 11 — The Everyday Prompts Library</w:t>
      </w:r>
    </w:p>
    <w:p>
      <w:r>
        <w:t>[stock: index cards notebook]</w:t>
      </w:r>
    </w:p>
    <w:p>
      <w:r>
        <w:t>This module is not a lesson. It is a shelf of prompts you can lift straight into Copilot and use today, organised by the kind of work you are doing. Copy one, replace anything in [square brackets] with your own detail, attach or point at the source material, and send it. Then adjust from there rather than starting from a blank box — a prompt that is eighty per cent right is a far better starting point than nothing, and one follow-up usually closes the gap.</w:t>
      </w:r>
    </w:p>
    <w:p>
      <w:r>
        <w:t>[callout info]</w:t>
      </w:r>
    </w:p>
    <w:p>
      <w:r>
        <w:t>What you'll be able to do</w:t>
      </w:r>
    </w:p>
    <w:p>
      <w:r>
        <w:t>Find a working prompt for the job in front of you in under a minute</w:t>
      </w:r>
    </w:p>
    <w:p>
      <w:r>
        <w:t>Adapt a prompt by swapping placeholders rather than rewriting it</w:t>
      </w:r>
    </w:p>
    <w:p>
      <w:r>
        <w:t>Recognise the four-part formula at work in every prompt here</w:t>
      </w:r>
    </w:p>
    <w:p>
      <w:r>
        <w:t>Build a short personal shortlist of the ones you actually use</w:t>
      </w:r>
    </w:p>
    <w:p>
      <w:r>
        <w:t>[/callout]</w:t>
      </w:r>
    </w:p>
    <w:p>
      <w:r>
        <w:t xml:space="preserve">Every prompt below carries the same skeleton you met in Module 2 — </w:t>
      </w:r>
      <w:r>
        <w:rPr>
          <w:b/>
        </w:rPr>
        <w:t>GOAL</w:t>
      </w:r>
      <w:r>
        <w:t xml:space="preserve">, </w:t>
      </w:r>
      <w:r>
        <w:rPr>
          <w:b/>
        </w:rPr>
        <w:t>CONTEXT</w:t>
      </w:r>
      <w:r>
        <w:t xml:space="preserve">, </w:t>
      </w:r>
      <w:r>
        <w:rPr>
          <w:b/>
        </w:rPr>
        <w:t>SOURCE</w:t>
      </w:r>
      <w:r>
        <w:t xml:space="preserve">, </w:t>
      </w:r>
      <w:r>
        <w:rPr>
          <w:b/>
        </w:rPr>
        <w:t>OUTPUT</w:t>
      </w:r>
      <w:r>
        <w:t xml:space="preserve"> — and many end with an instruction to flag gaps rather than fill them. Keep that sentence when you adapt them. It is the difference between an answer you can check and an answer that quietly invents.</w:t>
      </w:r>
    </w:p>
    <w:p>
      <w:r>
        <w:t>[callout warning]</w:t>
      </w:r>
    </w:p>
    <w:p>
      <w:r>
        <w:t>Needs Microsoft 365 Copilot (Premium). Many of these prompts work by reading your own meetings, email and files, which the Basic tiers cannot access. On Copilot Chat you can still run them by pasting or uploading the content yourself.</w:t>
      </w:r>
    </w:p>
    <w:p>
      <w:r>
        <w:t>[/callout]</w:t>
      </w:r>
    </w:p>
    <w:p>
      <w:r>
        <w:t>[section_break]</w:t>
      </w:r>
    </w:p>
    <w:p>
      <w:r>
        <w:t>1 :: Meetings</w:t>
      </w:r>
    </w:p>
    <w:p>
      <w:r>
        <w:t>[/section_break]</w:t>
      </w:r>
    </w:p>
    <w:p>
      <w:r>
        <w:t>[accordion]</w:t>
      </w:r>
    </w:p>
    <w:p>
      <w:r>
        <w:t>Catch up on a meeting you missed :: I could not attend [meeting name] on [date]. Using the recap and transcript of that meeting as the only source, tell me what was decided, what is still open, and anything that affects [my team or my project]. I know the background but not what happened in the room. Give me under 200 words in three short sections headed Decided, Open, Affects me. If something was discussed but not resolved, say so rather than guessing the outcome.</w:t>
      </w:r>
    </w:p>
    <w:p>
      <w:r>
        <w:t>Pull out only your own actions :: From the transcript of [meeting name] on [date], list every action item assigned to me or to [my team]. For each one give the action, who asked for it, and any date mentioned. Ignore actions owned by other people. Present it as a numbered list, shortest first. If an owner or a due date was never stated, write "not stated" rather than inferring one.</w:t>
      </w:r>
    </w:p>
    <w:p>
      <w:r>
        <w:t>Turn a discussion into a decision record :: Using the transcript of [meeting name] on [date], write a decision record for people who were not there. For each decision, state what was decided, the main reason given, who it affects, and what happens next. The audience is [team or stakeholder group], who know the project but not this conversation. Use one short paragraph per decision, no more than five decisions, plain language and no jargon. Do not include anything that was only floated as an idea.</w:t>
      </w:r>
    </w:p>
    <w:p>
      <w:r>
        <w:t>Draft the follow-up email :: Draft the follow-up email for [meeting name] on [date], using the meeting recap as the source. It goes to the [number] people who attended plus [name], who did not. Cover what we agreed, who is doing what by when, and the one thing I need back from the group. Under 180 words, warm but brisk, actions as a short bulleted list. Leave a clearly marked gap for anything the recap does not tell you rather than inventing a name or a date.</w:t>
      </w:r>
    </w:p>
    <w:p>
      <w:r>
        <w:t>Prepare for a recurring meeting :: I have [meeting name] tomorrow. Using the recaps and notes from the last [three] instances of this meeting, tell me what was left unresolved, what I committed to and whether I have since done it, and what is likely to come up again. Give me a one-page briefing of under 250 words, ending with three questions I should be ready to answer. Flag anything you cannot find evidence for.</w:t>
      </w:r>
    </w:p>
    <w:p>
      <w:r>
        <w:t>Find where a topic was discussed :: Search my recent meetings and chats for discussion of [topic or decision]. I need to know when it came up, who was involved, and what position each person took. Give me a short chronological list, most recent first, with a one-line summary and the meeting name and date for each entry. If you find fewer than three mentions, say so instead of padding the list.</w:t>
      </w:r>
    </w:p>
    <w:p>
      <w:r>
        <w:t>[/accordion]</w:t>
      </w:r>
    </w:p>
    <w:p>
      <w:r>
        <w:t>[section_break]</w:t>
      </w:r>
    </w:p>
    <w:p>
      <w:r>
        <w:t>2 :: Email</w:t>
      </w:r>
    </w:p>
    <w:p>
      <w:r>
        <w:t>[/section_break]</w:t>
      </w:r>
    </w:p>
    <w:p>
      <w:r>
        <w:t>[accordion]</w:t>
      </w:r>
    </w:p>
    <w:p>
      <w:r>
        <w:t>Summarise a long thread :: Summarise the email thread titled [subject line]. I have been copied in but not following it closely. Tell me what the thread is actually about, what has been agreed, what is still being argued, and what if anything is being asked of me. Under 150 words in four short sections. Do not resolve disagreements that the thread itself leaves open.</w:t>
      </w:r>
    </w:p>
    <w:p>
      <w:r>
        <w:t>Draft a reply that says no :: Draft a reply to [name] declining the request in their email of [date]. I want to say no to [what they asked] because [your real reason], but I want to stay on good terms and offer [the alternative you can offer]. Use their email as the source and do not commit me to anything I have not mentioned here. Under 120 words, direct, no more than one sentence of apology, ending with the alternative.</w:t>
      </w:r>
    </w:p>
    <w:p>
      <w:r>
        <w:t>Chase without nagging :: Draft a short follow-up to [name] about [what you are waiting for]. I asked on [date] and have had no reply. This is the [second] time I have chased and I need it by [date] because [reason]. Use my original email as the source for the detail. Under 80 words, friendly and low-pressure, making the deadline clear without implying they have let me down.</w:t>
      </w:r>
    </w:p>
    <w:p>
      <w:r>
        <w:t>Soften a message written while annoyed :: Rewrite the draft below so it says the same thing without the edge. Keep every fact and every request exactly as they are, remove the sarcasm and the loaded words, and keep it short. The reader is [role or relationship], and I have to keep working with them after this. Same length or shorter. Tell me which specific phrases you changed and why. [Paste your draft here.]</w:t>
      </w:r>
    </w:p>
    <w:p>
      <w:r>
        <w:t>Turn a thread into a brief for someone else :: Take the email thread titled [subject line] and turn it into a handover brief for [name], who is picking this up while I am away. They know [what they already know] and nothing else about it. Cover the situation, what has been agreed, who the key people are, what needs doing next, and anything sensitive they should handle carefully. Under 300 words with clear headings. List anything the thread does not tell them rather than filling the gaps yourself.</w:t>
      </w:r>
    </w:p>
    <w:p>
      <w:r>
        <w:t>Triage the inbox after leave :: I have been away since [date]. Go through my unread email from that period and group it into things needing a reply from me, things I only need to be aware of, and things that have already been resolved by someone else. For each item in the first group, give me the sender, the ask, and any deadline mentioned. Order that group by urgency and keep the whole thing under 400 words.</w:t>
      </w:r>
    </w:p>
    <w:p>
      <w:r>
        <w:t>[/accordion]</w:t>
      </w:r>
    </w:p>
    <w:p>
      <w:r>
        <w:t>[section_break]</w:t>
      </w:r>
    </w:p>
    <w:p>
      <w:r>
        <w:t>3 :: Writing and documents</w:t>
      </w:r>
    </w:p>
    <w:p>
      <w:r>
        <w:t>[/section_break]</w:t>
      </w:r>
    </w:p>
    <w:p>
      <w:r>
        <w:t>[accordion]</w:t>
      </w:r>
    </w:p>
    <w:p>
      <w:r>
        <w:t>First draft from rough notes :: Turn the notes below into a first draft of [document type] for [audience], who need it in order to [decision or action they will take]. Use only what is in my notes as the source. Aim for [length] in [tone] language, structured as [sections or bullets or short paragraphs]. Where my notes are too thin to write a section properly, leave a marked placeholder and tell me what is missing instead of writing around it. [Paste your notes here.]</w:t>
      </w:r>
    </w:p>
    <w:p>
      <w:r>
        <w:t>Cut a document to length :: Reduce the attached [document type] from [current length] to [target length] for [audience]. Priorities are [what must survive]. Cut background they already have, repetition, and anything that does not change what they do next. Keep every figure and every named commitment exactly as written. Return the shortened version, then a short list of what you cut so I can put anything back.</w:t>
      </w:r>
    </w:p>
    <w:p>
      <w:r>
        <w:t>Rewrite for a different audience :: Rewrite the attached document for [new audience]. They currently know [what they know] and care mainly about [their concern]. The original was written for [original audience], so remove the assumed knowledge and the internal shorthand. Keep the same facts and the same recommendation. Aim for [length] and lead with [what matters most to them]. Do not add any new claims that are not in the original.</w:t>
      </w:r>
    </w:p>
    <w:p>
      <w:r>
        <w:t>Review a draft before it goes out :: Review the attached draft as if you were [the person or group who will receive it]. Tell me where the argument is weak, where a reader could reasonably misread me, what obvious question I have not answered, and anything that reads as harsher than I intended. Do not rewrite it. Give me a short list of specific issues with the location of each, most serious first.</w:t>
      </w:r>
    </w:p>
    <w:p>
      <w:r>
        <w:t>Summarise a long document :: Summarise the attached [document type] for [audience]. They need to decide [decision] and have about [time] to read. Cover what it says, what it recommends, what it depends on, and what it does not address. Under 250 words in plain language, with figures quoted exactly as they appear. If a section is unclear or contradicts another, say so rather than smoothing it over.</w:t>
      </w:r>
    </w:p>
    <w:p>
      <w:r>
        <w:t>Turn a document into an announcement :: Using the attached [document type] as the only source, draft an announcement for [audience] telling them about [the change]. They need to know what is changing, when, what they have to do differently, and who to ask. Under 200 words, no jargon, actions in a short bulleted list, ending with a named contact. Leave a placeholder for anything the source document does not cover.</w:t>
      </w:r>
    </w:p>
    <w:p>
      <w:r>
        <w:t>[/accordion]</w:t>
      </w:r>
    </w:p>
    <w:p>
      <w:r>
        <w:t>[section_break]</w:t>
      </w:r>
    </w:p>
    <w:p>
      <w:r>
        <w:t>4 :: Data and analysis</w:t>
      </w:r>
    </w:p>
    <w:p>
      <w:r>
        <w:t>[/section_break]</w:t>
      </w:r>
    </w:p>
    <w:p>
      <w:r>
        <w:t>[accordion]</w:t>
      </w:r>
    </w:p>
    <w:p>
      <w:r>
        <w:t>Explain what a table shows :: Look at the data in [sheet or range] and tell me what stands out. The columns are [describe them briefly] and each row is [what one row represents]. I am trying to work out [the question you have]. Give me three to five observations in plain sentences, each naming the numbers behind it, and say which ones you are confident about and which need checking against something else.</w:t>
      </w:r>
    </w:p>
    <w:p>
      <w:r>
        <w:t>Ask for the formula, not the answer :: In [sheet name] I need to [what you want to calculate], using column [X] and column [Y], ignoring rows where [condition]. Give me the formula to put in [cell reference], explain in one sentence what each part of it does, and tell me what it will return if the data has blanks or text where a number should be. Do not change my sheet.</w:t>
      </w:r>
    </w:p>
    <w:p>
      <w:r>
        <w:t>Check a spreadsheet before you trust it :: Review the attached spreadsheet for problems before I use it in [where it is going]. Look for numbers stored as text, inconsistent date formats, duplicate rows, blanks in columns that should be complete, and totals that do not match the rows above them. List what you find with the cell or column reference for each, most serious first. Do not fix anything yet.</w:t>
      </w:r>
    </w:p>
    <w:p>
      <w:r>
        <w:t>Compare two periods :: Using the attached data, compare [period A] with [period B] on [the measures that matter]. Tell me what changed, by how much in both absolute and percentage terms, and which changes are large enough to be worth explaining. The audience is [who], who will ask [the question they always ask]. Give me a short table then three sentences of interpretation. Do not offer causes the data cannot support.</w:t>
      </w:r>
    </w:p>
    <w:p>
      <w:r>
        <w:t>Turn numbers into a paragraph :: Write two short paragraphs for [audience] explaining what the attached figures mean for them. They are not comfortable with data and need the implication, not the method. Use no more than three numbers, rounded sensibly, and say plainly what we should do about it. Under 150 words. Every figure must come from the attachment and be quoted accurately.</w:t>
      </w:r>
    </w:p>
    <w:p>
      <w:r>
        <w:t>[/accordion]</w:t>
      </w:r>
    </w:p>
    <w:p>
      <w:r>
        <w:t>[section_break]</w:t>
      </w:r>
    </w:p>
    <w:p>
      <w:r>
        <w:t>5 :: Planning and thinking</w:t>
      </w:r>
    </w:p>
    <w:p>
      <w:r>
        <w:t>[/section_break]</w:t>
      </w:r>
    </w:p>
    <w:p>
      <w:r>
        <w:t>[accordion]</w:t>
      </w:r>
    </w:p>
    <w:p>
      <w:r>
        <w:t>Break a goal into a plan :: I need to [goal] by [date]. The people available are [who], the constraints are [budget, approvals, dependencies], and the thing most likely to slow us down is [risk]. Work backwards from the deadline and give me a plan with no more than [six] stages, each with what it produces, roughly how long it takes, and who needs to be involved. Flag anything I have not told you that you would need in order to plan this properly.</w:t>
      </w:r>
    </w:p>
    <w:p>
      <w:r>
        <w:t>Stress-test a plan before you commit :: Here is my plan for [initiative]. Imagine it is [date] and this has failed. Working backwards, give me the six most likely reasons why, ordered by how likely they are rather than how bad they would be. For each one, name the earliest signal I would see and one thing I could do now to reduce the risk. Be blunt. [Paste or attach the plan.]</w:t>
      </w:r>
    </w:p>
    <w:p>
      <w:r>
        <w:t>Argue the other side :: I am proposing [your position] because [your reasons]. Argue the strongest case against it, as [the person or group most likely to object] would actually argue it, not a weak version. Give me their three best objections, what evidence would support each, and which of them I currently have no good answer to. Do not reassure me.</w:t>
      </w:r>
    </w:p>
    <w:p>
      <w:r>
        <w:t>Prepare for a difficult conversation :: I need to talk to [role or relationship] about [the issue]. My goal is [what you want to walk away with]. The history is [relevant background], and their likely position is [what you expect]. Help me prepare with an opening sentence, the three points I must make, the two things they are most likely to say and a fair response to each, and one sentence to close on. Keep it under 250 words and do not script the whole conversation.</w:t>
      </w:r>
    </w:p>
    <w:p>
      <w:r>
        <w:t>Decide between two options :: I am choosing between [option A] and [option B] for [the decision]. What matters most is [criteria, in order]. Constraints are [time, money, people]. Compare them against my criteria in a short table, then tell me which one you would choose and what would have to be true for the other one to be right. Name any information I have not given you that would change the answer.</w:t>
      </w:r>
    </w:p>
    <w:p>
      <w:r>
        <w:t>Prioritise a messy list :: Here is everything on my plate this [week or month]. Group it by whether it must happen, should happen, or can slip, using [what actually matters to you right now] as the test. For anything you put in the last group, say what the consequence of the delay would be. Then tell me which two items I should do first and why. [Paste your list here.]</w:t>
      </w:r>
    </w:p>
    <w:p>
      <w:r>
        <w:t>[/accordion]</w:t>
      </w:r>
    </w:p>
    <w:p>
      <w:r>
        <w:t>[section_break]</w:t>
      </w:r>
    </w:p>
    <w:p>
      <w:r>
        <w:t>6 :: Reporting on your own work</w:t>
      </w:r>
    </w:p>
    <w:p>
      <w:r>
        <w:t>[/section_break]</w:t>
      </w:r>
    </w:p>
    <w:p>
      <w:r>
        <w:t>[accordion]</w:t>
      </w:r>
    </w:p>
    <w:p>
      <w:r>
        <w:t>Rebuild the week from evidence :: Using my meetings, email, chats and documents from [start date] to [end date], rebuild what I actually worked on. Group it by project or theme rather than by day, and under each one name what moved forward and what I contributed. Keep it factual and under 300 words. Where the evidence is thin, say so rather than filling the gap — I will add the parts that left no trace.</w:t>
      </w:r>
    </w:p>
    <w:p>
      <w:r>
        <w:t>Monthly report to your manager :: Draft my monthly report for [month] using my meetings, email and documents from that period as the source. My manager cares about [their priorities] and already knows [what they know]. Cover progress against [goals or projects], what I need a decision on, and what is at risk. Under 400 words with a short section per project. Mark anything you inferred rather than found directly.</w:t>
      </w:r>
    </w:p>
    <w:p>
      <w:r>
        <w:t>Contribution to a performance review :: Help me write my contribution to my [review period] performance review. Using my work from that period as the source, identify my strongest three contributions, and for each one describe the situation, what I specifically did, and the outcome with a figure or a named result wherever the evidence supports it. Under 350 words, factual rather than boastful. Do not overstate anything the evidence does not clearly show.</w:t>
      </w:r>
    </w:p>
    <w:p>
      <w:r>
        <w:t>Handover note before leave :: I am away from [start date] to [end date]. Using my current work as the source, write a handover note for [name]. Cover what is in flight, what will need a decision while I am gone and who should make it, who to contact for each item, and what can safely wait until I am back. Under 400 words with clear headings. List anything you are unsure about so I can confirm it before I go.</w:t>
      </w:r>
    </w:p>
    <w:p>
      <w:r>
        <w:t>Status update for stakeholders :: Draft a status update on [project] for [stakeholder group], who last heard from us on [date]. Use the project documents and recent meetings as the source. Cover where we are against the plan, what has changed since last time, what we need from them, and the one risk they should know about. Under 250 words, plain language, no surprises buried at the bottom. Do not report progress you cannot point to evidence for.</w:t>
      </w:r>
    </w:p>
    <w:p>
      <w:r>
        <w:t>[/accordion]</w:t>
      </w:r>
    </w:p>
    <w:p>
      <w:r>
        <w:t>[divider]</w:t>
      </w:r>
    </w:p>
    <w:p>
      <w:r>
        <w:t>[callout tip]</w:t>
      </w:r>
    </w:p>
    <w:p>
      <w:r>
        <w:t>You will not use thirty-four prompts. Pick the three you would use this week, paste them into a note you can reach in seconds — a pinned note, a sticky, the top of a document you already keep open — and edit them as you go. A prompt library you have to go looking for is a library you will stop using.</w:t>
      </w:r>
    </w:p>
    <w:p>
      <w:r>
        <w:t>[/callout]</w:t>
      </w:r>
    </w:p>
    <w:p>
      <w:r>
        <w:t>[mcq]</w:t>
      </w:r>
    </w:p>
    <w:p>
      <w:r>
        <w:t>Question: You copy the "monthly report to your manager" prompt and run it unchanged. What is the most likely reason the answer disappoints you?</w:t>
      </w:r>
    </w:p>
    <w:p>
      <w:r>
        <w:t>A: The prompt is too long, so Copilot ignored the end of it</w:t>
      </w:r>
    </w:p>
    <w:p>
      <w:r>
        <w:t xml:space="preserve">*B: </w:t>
      </w:r>
      <w:r>
        <w:t>You left the placeholders unfilled, so it had no real context to work from</w:t>
      </w:r>
    </w:p>
    <w:p>
      <w:r>
        <w:t>C: Prompts written by someone else never work for your own reporting</w:t>
      </w:r>
    </w:p>
    <w:p>
      <w:r>
        <w:t>D: Monthly reports are one of the few things Copilot cannot help with</w:t>
      </w:r>
    </w:p>
    <w:p>
      <w:r>
        <w:t>Explanation: The placeholders are where your situation enters the prompt. Left as brackets, the structure survives but the specifics do not, and you get a generic report about nobody's month. Filling them takes under a minute and does most of the work.</w:t>
      </w:r>
    </w:p>
    <w:p>
      <w:r>
        <w:t>[/mcq]</w:t>
      </w:r>
    </w:p>
    <w:p>
      <w:r>
        <w:t>Use it this week</w:t>
      </w:r>
    </w:p>
    <w:p>
      <w:r>
        <w:t>Treat this module as a shelf, not a reading. The value is in the three prompts you actually pick up.</w:t>
      </w:r>
    </w:p>
    <w:p>
      <w:pPr>
        <w:pStyle w:val="ListNumber"/>
      </w:pPr>
      <w:r>
        <w:t>Run one prompt from the Meetings group after your next meeting, exactly as written but with the placeholders filled.</w:t>
      </w:r>
    </w:p>
    <w:p>
      <w:pPr>
        <w:pStyle w:val="ListNumber"/>
      </w:pPr>
      <w:r>
        <w:t>Adapt one Email prompt to your own wording and save your version somewhere you can reach in seconds.</w:t>
      </w:r>
    </w:p>
    <w:p>
      <w:pPr>
        <w:pStyle w:val="ListNumber"/>
      </w:pPr>
      <w:r>
        <w:t>Use one Planning prompt on a real decision you are currently avoiding, and keep the instruction to flag what is missing.</w:t>
      </w:r>
    </w:p>
    <w:p>
      <w:r>
        <w:t>[confirmation]</w:t>
      </w:r>
    </w:p>
    <w:p>
      <w:r>
        <w:t>I confirm I understand that these prompts are starting points to adapt rather than magic wording, that the bracketed placeholders must be replaced with my own detail for the answer to be useful, and that I still check any names, figures and dates before I act on what comes back.</w:t>
      </w:r>
    </w:p>
    <w:p>
      <w:r>
        <w:t>[/confirmation]</w:t>
      </w:r>
    </w:p>
    <w:p>
      <w:pPr>
        <w:pStyle w:val="Heading1"/>
      </w:pPr>
      <w:r>
        <w:t>Module 12 — FAQs, Resources and the Quick Reference</w:t>
      </w:r>
    </w:p>
    <w:p>
      <w:r>
        <w:t>[stock: noticeboard]</w:t>
      </w:r>
    </w:p>
    <w:p>
      <w:r>
        <w:t>Most of what stops people using Copilot well is not a missing skill. It is a small unanswered question that never gets asked out loud — why did it say that, is anyone reading this, is it safe to paste that document in. This module answers the questions people actually ask, gives you a one-page card for your desk, and points you at the places worth returning to as Copilot changes.</w:t>
      </w:r>
    </w:p>
    <w:p>
      <w:r>
        <w:t>[callout info]</w:t>
      </w:r>
    </w:p>
    <w:p>
      <w:r>
        <w:t>What you'll be able to do</w:t>
      </w:r>
    </w:p>
    <w:p>
      <w:r>
        <w:t>Answer the common questions colleagues raise about privacy, permissions and accuracy</w:t>
      </w:r>
    </w:p>
    <w:p>
      <w:r>
        <w:t>Diagnose the three things that usually go wrong and fix them yourself</w:t>
      </w:r>
    </w:p>
    <w:p>
      <w:r>
        <w:t>Use a one-page quick reference to build a better prompt in under a minute</w:t>
      </w:r>
    </w:p>
    <w:p>
      <w:r>
        <w:t>Know where to look when something changes or you get stuck</w:t>
      </w:r>
    </w:p>
    <w:p>
      <w:r>
        <w:t>[/callout]</w:t>
      </w:r>
    </w:p>
    <w:p>
      <w:r>
        <w:t>[section_break]</w:t>
      </w:r>
    </w:p>
    <w:p>
      <w:r>
        <w:t>1 :: Frequently asked questions</w:t>
      </w:r>
    </w:p>
    <w:p>
      <w:r>
        <w:t>[/section_break]</w:t>
      </w:r>
    </w:p>
    <w:p>
      <w:r>
        <w:t xml:space="preserve">Nearly every complaint about Copilot traces back to one of three causes. Either it could not </w:t>
      </w:r>
      <w:r>
        <w:rPr>
          <w:b/>
        </w:rPr>
        <w:t>see</w:t>
      </w:r>
      <w:r>
        <w:t xml:space="preserve"> what you assumed it could see, or your prompt never said what </w:t>
      </w:r>
      <w:r>
        <w:rPr>
          <w:b/>
        </w:rPr>
        <w:t>good</w:t>
      </w:r>
      <w:r>
        <w:t xml:space="preserve"> looked like, or it produced something plausible that you did not </w:t>
      </w:r>
      <w:r>
        <w:rPr>
          <w:b/>
        </w:rPr>
        <w:t>check</w:t>
      </w:r>
      <w:r>
        <w:t>. Hold those in mind and the answers below stop feeling mysterious.</w:t>
      </w:r>
    </w:p>
    <w:p>
      <w:r>
        <w:t>[callout warning]</w:t>
      </w:r>
    </w:p>
    <w:p>
      <w:r>
        <w:t>Needs Microsoft 365 Copilot (Premium). This works by reading your own meetings, email and</w:t>
      </w:r>
    </w:p>
    <w:p>
      <w:r>
        <w:t>files, which the Basic tiers cannot access. On Copilot Chat you can still do this by</w:t>
      </w:r>
    </w:p>
    <w:p>
      <w:r>
        <w:t>pasting or uploading the content yourself.</w:t>
      </w:r>
    </w:p>
    <w:p>
      <w:r>
        <w:t>[/callout]</w:t>
      </w:r>
    </w:p>
    <w:p>
      <w:r>
        <w:t>[accordion]</w:t>
      </w:r>
    </w:p>
    <w:p>
      <w:r>
        <w:t>Why do I get different answers to the same prompt :: Copilot generates language rather than looking up a fixed record, so wording and emphasis shift between runs. Treat that as normal. If the substance changes and not just the phrasing, your prompt is too loose about what you want.</w:t>
      </w:r>
    </w:p>
    <w:p>
      <w:r>
        <w:t>Can Copilot see my colleagues' files :: No. It works inside the permissions you already have. If you cannot open a document today, Copilot cannot read it for you, and asking differently will not change that.</w:t>
      </w:r>
    </w:p>
    <w:p>
      <w:r>
        <w:t>Can my organisation see what I type :: Assume yes. Your prompts and responses sit inside your organisation's Microsoft 365 environment, under the same governance and retention rules as your email and chats. Nothing you type is private the way a personal search is. Your IT team can tell you what applies.</w:t>
      </w:r>
    </w:p>
    <w:p>
      <w:r>
        <w:t>It says it cannot find a document I know exists :: Usually the file sits somewhere it cannot reach, such as a personal drive or a system outside Microsoft 365, or your licence tier does not include organisational data, or your description is too vague. Name the file and the location, or upload it directly.</w:t>
      </w:r>
    </w:p>
    <w:p>
      <w:r>
        <w:t>Why did the summary miss the most important point :: Importance is a judgement about your context, and Copilot has none unless you supply it. Ask again naming what matters, such as budget implications or anything that moves a deadline. A summary built for coverage will flatten the one paragraph you needed.</w:t>
      </w:r>
    </w:p>
    <w:p>
      <w:r>
        <w:t>Is it safe to put confidential information in :: Your data stays inside your organisation's Microsoft 365 environment and is not used to train the underlying models. That does not make every use appropriate. Client, health, legal and personal data carry rules that sit above the tool, so follow your organisation's policy.</w:t>
      </w:r>
    </w:p>
    <w:p>
      <w:r>
        <w:t>A colleague has a feature I do not have :: Almost always licensing. The Basic tiers work from web data, while anything grounded in your own meetings, email and files needs Premium. Features also roll out gradually, so two people on identical licences can be weeks apart. Ask IT which tier you are on.</w:t>
      </w:r>
    </w:p>
    <w:p>
      <w:r>
        <w:t>Does Copilot learn from my prompts :: Not in the sense people fear. Your prompts and files are not used to train the foundation models, and nothing you write surfaces in a stranger's answers. It uses your permitted access at the moment you ask, which is why permissions matter most.</w:t>
      </w:r>
    </w:p>
    <w:p>
      <w:r>
        <w:t>The output is simply wrong. What do I do :: Do not argue with it across a long thread. Say precisely what is wrong, give the correct fact, and ask it to redo that piece rather than patch it. If the second attempt still fails, write that part yourself.</w:t>
      </w:r>
    </w:p>
    <w:p>
      <w:r>
        <w:t>Can it send email or change files without me :: No. It drafts, rewrites and suggests, but a human presses send and a human accepts a change. Nothing leaves your hands unchecked unless you let it.</w:t>
      </w:r>
    </w:p>
    <w:p>
      <w:r>
        <w:t>Why does it work in one app but not another :: Each app gives Copilot different material to work with, and support runs deeper in some than others. Excel in particular expects clean, well-formed tables. Something you did yesterday in Word may simply not exist in the app you are in now.</w:t>
      </w:r>
    </w:p>
    <w:p>
      <w:r>
        <w:t>Should I tell people I used Copilot :: Follow your organisation's guidance, and use common sense where there is none. Nobody needs a disclaimer on a reformatted meeting note. Analysis and advice are different, and there the honest position is that you are the author and you have checked it.</w:t>
      </w:r>
    </w:p>
    <w:p>
      <w:r>
        <w:t>[/accordion]</w:t>
      </w:r>
    </w:p>
    <w:p>
      <w:r>
        <w:t>[section_break]</w:t>
      </w:r>
    </w:p>
    <w:p>
      <w:r>
        <w:t>2 :: The quick reference guide</w:t>
      </w:r>
    </w:p>
    <w:p>
      <w:r>
        <w:t>[/section_break]</w:t>
      </w:r>
    </w:p>
    <w:p>
      <w:r>
        <w:t>What follows is a one-page summary of the whole course — the shape of a good prompt, the questions to ask before you trust an answer, and the habits that keep it useful. It is designed to be printed and kept beside your keyboard, not read once and filed.</w:t>
      </w:r>
    </w:p>
    <w:p>
      <w:r>
        <w:t xml:space="preserve">Use it as a </w:t>
      </w:r>
      <w:r>
        <w:rPr>
          <w:b/>
        </w:rPr>
        <w:t>checklist while you type</w:t>
      </w:r>
      <w:r>
        <w:t>, not something to memorise. When a prompt is not working, run down the card and find the piece you left out. Nine times in ten it is context, format or a guardrail.</w:t>
      </w:r>
    </w:p>
    <w:p>
      <w:pPr>
        <w:jc w:val="center"/>
      </w:pPr>
      <w:r>
        <w:drawing>
          <wp:inline xmlns:a="http://schemas.openxmlformats.org/drawingml/2006/main" xmlns:pic="http://schemas.openxmlformats.org/drawingml/2006/picture">
            <wp:extent cx="5669280" cy="3779520"/>
            <wp:docPr id="1" name="Picture 1"/>
            <wp:cNvGraphicFramePr>
              <a:graphicFrameLocks noChangeAspect="1"/>
            </wp:cNvGraphicFramePr>
            <a:graphic>
              <a:graphicData uri="http://schemas.openxmlformats.org/drawingml/2006/picture">
                <pic:pic>
                  <pic:nvPicPr>
                    <pic:cNvPr id="0" name="qrg.png"/>
                    <pic:cNvPicPr/>
                  </pic:nvPicPr>
                  <pic:blipFill>
                    <a:blip r:embed="rId9"/>
                    <a:stretch>
                      <a:fillRect/>
                    </a:stretch>
                  </pic:blipFill>
                  <pic:spPr>
                    <a:xfrm>
                      <a:off x="0" y="0"/>
                      <a:ext cx="5669280" cy="3779520"/>
                    </a:xfrm>
                    <a:prstGeom prst="rect"/>
                  </pic:spPr>
                </pic:pic>
              </a:graphicData>
            </a:graphic>
          </wp:inline>
        </w:drawing>
      </w:r>
    </w:p>
    <w:p>
      <w:pPr>
        <w:jc w:val="center"/>
      </w:pPr>
      <w:r>
        <w:rPr>
          <w:i/>
          <w:sz w:val="18"/>
        </w:rPr>
        <w:t>Microsoft 365 Copilot — Quick Reference Guide</w:t>
      </w:r>
    </w:p>
    <w:p>
      <w:r>
        <w:t>Here is the card assembled into a single prompt. Copy it and swap in your own document and audience.</w:t>
      </w:r>
    </w:p>
    <w:p>
      <w:r>
        <w:t>Summarise the attached quarterly report for our leadership team, who know the background and want the exceptions. Use these headings: what changed, why it changed, what we are asking for, and risks. Keep it under 250 words in plain professional language, and put anything the report does not address under a final heading called gaps. Do not include figures that are not in the document.</w:t>
      </w:r>
    </w:p>
    <w:p>
      <w:r>
        <w:t>[callout tip]</w:t>
      </w:r>
    </w:p>
    <w:p>
      <w:r>
        <w:t>Print the card today and put it where you will see it. The habit that matters is not writing a perfect prompt first time — it is noticing what is missing and adding it.</w:t>
      </w:r>
    </w:p>
    <w:p>
      <w:r>
        <w:t>[/callout]</w:t>
      </w:r>
    </w:p>
    <w:p>
      <w:r>
        <w:t>[section_break]</w:t>
      </w:r>
    </w:p>
    <w:p>
      <w:r>
        <w:t>3 :: Where to go next</w:t>
      </w:r>
    </w:p>
    <w:p>
      <w:r>
        <w:t>[/section_break]</w:t>
      </w:r>
    </w:p>
    <w:p>
      <w:r>
        <w:t>[process]</w:t>
      </w:r>
    </w:p>
    <w:p>
      <w:r>
        <w:t>Pick one task :: Choose a task you do weekly and make Copilot part of it for a fortnight.</w:t>
      </w:r>
    </w:p>
    <w:p>
      <w:r>
        <w:t>Keep your best prompts :: Save the ones that worked in a note you can paste from.</w:t>
      </w:r>
    </w:p>
    <w:p>
      <w:r>
        <w:t>Verify every time :: Check names, numbers, dates and commitments before anything leaves you.</w:t>
      </w:r>
    </w:p>
    <w:p>
      <w:r>
        <w:t>Compare with a colleague :: Swap prompts with someone doing similar work and steal the good ones.</w:t>
      </w:r>
    </w:p>
    <w:p>
      <w:r>
        <w:t>Re-check monthly :: Retry something that failed before, because capability moves quickly.</w:t>
      </w:r>
    </w:p>
    <w:p>
      <w:r>
        <w:t>[/process]</w:t>
      </w:r>
    </w:p>
    <w:p>
      <w:r>
        <w:t>[accordion]</w:t>
      </w:r>
    </w:p>
    <w:p>
      <w:r>
        <w:t>Microsoft's own help and Learn material :: Microsoft publishes end-user help for Copilot in the support section of its website, plus free structured training on Microsoft Learn. Search for the app and the task together rather than browsing, and prefer pages that name your app.</w:t>
      </w:r>
    </w:p>
    <w:p>
      <w:r>
        <w:t>Your IT or L and D team :: They are the only people who can tell you your licence tier, which features are switched on, and what your policy says about confidential data. Ask them when something is missing rather than assuming it does not exist.</w:t>
      </w:r>
    </w:p>
    <w:p>
      <w:r>
        <w:t>Release notes and what is new :: Copilot changes monthly. Microsoft publishes a running list of what has shipped, and skimming it every few weeks is enough to catch what affects you. It also explains why a colleague suddenly has something you do not.</w:t>
      </w:r>
    </w:p>
    <w:p>
      <w:r>
        <w:t>The in-product prompt suggestions :: Most Copilot panes offer example prompts for the app you are in. They are a current guide to what that app actually supports, and a quick way to find a capability nobody told you about.</w:t>
      </w:r>
    </w:p>
    <w:p>
      <w:r>
        <w:t>[/accordion]</w:t>
      </w:r>
    </w:p>
    <w:p>
      <w:r>
        <w:t>[section_break]</w:t>
      </w:r>
    </w:p>
    <w:p>
      <w:r>
        <w:t>4 :: Check your understanding</w:t>
      </w:r>
    </w:p>
    <w:p>
      <w:r>
        <w:t>[/section_break]</w:t>
      </w:r>
    </w:p>
    <w:p>
      <w:r>
        <w:t>[matching]</w:t>
      </w:r>
    </w:p>
    <w:p>
      <w:r>
        <w:t>Match each term to its meaning</w:t>
      </w:r>
    </w:p>
    <w:p>
      <w:r>
        <w:t>Permissions :: The access you already hold</w:t>
      </w:r>
    </w:p>
    <w:p>
      <w:r>
        <w:t>Licence tier :: What data Copilot may reach</w:t>
      </w:r>
    </w:p>
    <w:p>
      <w:r>
        <w:t>Grounding :: Answering from real source material</w:t>
      </w:r>
    </w:p>
    <w:p>
      <w:r>
        <w:t>Verification :: Checking before you send</w:t>
      </w:r>
    </w:p>
    <w:p>
      <w:r>
        <w:t>Variation :: Different wording, same substance</w:t>
      </w:r>
    </w:p>
    <w:p>
      <w:r>
        <w:t>[/matching]</w:t>
      </w:r>
    </w:p>
    <w:p>
      <w:r>
        <w:t>[mcq]</w:t>
      </w:r>
    </w:p>
    <w:p>
      <w:r>
        <w:t>Question: A colleague says Copilot summarised a document they were never given access to. What is the most likely explanation?</w:t>
      </w:r>
    </w:p>
    <w:p>
      <w:r>
        <w:t>A: Copilot can bypass permissions when summarising</w:t>
      </w:r>
    </w:p>
    <w:p>
      <w:r>
        <w:t xml:space="preserve">*B: </w:t>
      </w:r>
      <w:r>
        <w:t>They already had access to that document without realising</w:t>
      </w:r>
    </w:p>
    <w:p>
      <w:r>
        <w:t>C: Copilot reconstructed the document from similar files</w:t>
      </w:r>
    </w:p>
    <w:p>
      <w:r>
        <w:t>D: The permissions system does not apply to Copilot</w:t>
      </w:r>
    </w:p>
    <w:p>
      <w:r>
        <w:t>Explanation: Copilot works strictly inside the access a person already has. People are often granted access through a group or a shared site without noticing, which is the usual explanation for a surprising result.</w:t>
      </w:r>
    </w:p>
    <w:p>
      <w:r>
        <w:t>[/mcq]</w:t>
      </w:r>
    </w:p>
    <w:p>
      <w:r>
        <w:rPr>
          <w:b/>
        </w:rPr>
        <w:t>Use it this week.</w:t>
      </w:r>
      <w:r>
        <w:t xml:space="preserve"> You have finished the course, which means the useful part starts now. Pick small, repeatable tasks and let the habit build.</w:t>
      </w:r>
    </w:p>
    <w:p>
      <w:pPr>
        <w:pStyle w:val="ListNumber"/>
      </w:pPr>
      <w:r>
        <w:t>Print the quick reference card and keep it where you actually work.</w:t>
      </w:r>
    </w:p>
    <w:p>
      <w:pPr>
        <w:pStyle w:val="ListNumber"/>
      </w:pPr>
      <w:r>
        <w:t>Choose one weekly task and use Copilot for it every time it comes round for the next fortnight.</w:t>
      </w:r>
    </w:p>
    <w:p>
      <w:pPr>
        <w:pStyle w:val="ListNumber"/>
      </w:pPr>
      <w:r>
        <w:t>Ask your IT or L and D team which licence tier you are on, so you know what to expect.</w:t>
      </w:r>
    </w:p>
    <w:p>
      <w:r>
        <w:t>[confirmation]</w:t>
      </w:r>
    </w:p>
    <w:p>
      <w:r>
        <w:t>I confirm I understand that Copilot works within the permissions I already hold, that my prompts are subject to my organisation's governance, and that I remain responsible for checking anything I produce with it before I share it.</w:t>
      </w:r>
    </w:p>
    <w:p>
      <w:r>
        <w:t>[/confirmation]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3864"/>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